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MP CONSTRUCCIONES Y MONTAJES SL</w:t>
      </w:r>
    </w:p>
    <w:p>
      <w:r>
        <w:t>NIF B66044546.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