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ONTAJES ELECTRICOS INDUSTRIALES DUSTIN S.L.</w:t>
      </w:r>
    </w:p>
    <w:p>
      <w:r>
        <w:t>NIF B29066552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