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Diego Alba, S.L.</w:t>
      </w:r>
    </w:p>
    <w:p>
      <w:r>
        <w:t>NIF B26119388.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cubiertas de panel sandwich para la actuación “Mejora del regadío de la zona de Barriobusto, Labraza y Moreda (Álava)”, enmarcadas en el Plan de Recuperación, Transformación y Resilencia financiado por la Unión Europea - Nextgeneration EU, a adjudicar por procedimiento ab · exp. TSA0082718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69.699,88 €</w:t>
            </w:r>
          </w:p>
        </w:tc>
        <w:tc>
          <w:tcPr>
            <w:tcW w:type="dxa" w:w="1440"/>
          </w:tcPr>
          <w:p>
            <w:r>
              <w:t>20/04/2026</w:t>
            </w:r>
          </w:p>
        </w:tc>
        <w:tc>
          <w:tcPr>
            <w:tcW w:type="dxa" w:w="1440"/>
          </w:tcPr>
          <w:p>
            <w:r>
              <w:t>31/03/2026 – 12/05/2026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69.699,88 €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Montajes Diego Alba, S.L., con NIF B26119388, adjudicataria del contrato «Suministro e instalación de cubiertas de panel sandwich para la actuación “Mejora del regadío de la zona de Barriobusto, Labraza y Moreda (Álava)”, enmarcadas en el Plan de Recuperación, Transformación y Resilencia financiado por la Unión Europea - Nextgeneration EU, a adjudicar por procedimiento ab», expediente TSA0082718, adjudicado el 20/04/2026 por 69.699,88 €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31/03/2026 a 12/05/2026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