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MONTAJES DEPEDRO 2018 SLU</w:t>
      </w:r>
    </w:p>
    <w:p>
      <w:r>
        <w:t>NIF B26557678.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Cerramientos y electricidad en frontón de Meano (Navarra) · exp. 3210_5.3/2025</w:t>
            </w:r>
          </w:p>
        </w:tc>
        <w:tc>
          <w:tcPr>
            <w:tcW w:type="dxa" w:w="1440"/>
          </w:tcPr>
          <w:p>
            <w:r>
              <w:t>AYUNTAMIENTO DE LAPOBLACIÓN-MEANO</w:t>
            </w:r>
          </w:p>
        </w:tc>
        <w:tc>
          <w:tcPr>
            <w:tcW w:type="dxa" w:w="1440"/>
          </w:tcPr>
          <w:p>
            <w:r>
              <w:t>69.686,24 €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16/10/2025 – 16/12/2025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Proyecto para la implantación de área de pernocta de turismo itinerante en Bargota · exp. 3286_2/2025</w:t>
            </w:r>
          </w:p>
        </w:tc>
        <w:tc>
          <w:tcPr>
            <w:tcW w:type="dxa" w:w="1440"/>
          </w:tcPr>
          <w:p>
            <w:r>
              <w:t>Ayuntamiento de Bargota</w:t>
            </w:r>
          </w:p>
        </w:tc>
        <w:tc>
          <w:tcPr>
            <w:tcW w:type="dxa" w:w="1440"/>
          </w:tcPr>
          <w:p>
            <w:r>
              <w:t>72.652,85 €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29/05/2025 – 29/09/2025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Área de servicios para ciclistas en Bargota y Sansol destinadas al cocloturismo. Financiado por la Unión Europea-Next Generation EU en el marco del Plan de Recuperación, Transformación y Resilencia.. · exp. 3286_1/2025</w:t>
            </w:r>
          </w:p>
        </w:tc>
        <w:tc>
          <w:tcPr>
            <w:tcW w:type="dxa" w:w="1440"/>
          </w:tcPr>
          <w:p>
            <w:r>
              <w:t>Ayuntamiento de Bargota</w:t>
            </w:r>
          </w:p>
        </w:tc>
        <w:tc>
          <w:tcPr>
            <w:tcW w:type="dxa" w:w="1440"/>
          </w:tcPr>
          <w:p>
            <w:r>
              <w:t>90.971,85 €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29/05/2025 – 14/07/2025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233.310,94 €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LAPOBLACIÓN-MEANO</w:t>
      </w:r>
    </w:p>
    <w:p>
      <w:r>
        <w:t xml:space="preserve">MONTAJES DEPEDRO 2018 SLU, con NIF B26557678, adjudicataria del contrato «Cerramientos y electricidad en frontón de Meano (Navarra)», expediente 3210_5.3/2025, adjudicado el …… por 69.686,24 €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16/10/2025 a 16/12/2025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Bargota</w:t>
      </w:r>
    </w:p>
    <w:p>
      <w:r>
        <w:t xml:space="preserve">MONTAJES DEPEDRO 2018 SLU, con NIF B26557678, adjudicataria del contrato «Proyecto para la implantación de área de pernocta de turismo itinerante en Bargota», expediente 3286_2/2025, adjudicado el …… por 72.652,85 €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29/05/2025 a 29/09/2025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Bargota</w:t>
      </w:r>
    </w:p>
    <w:p>
      <w:r>
        <w:t xml:space="preserve">MONTAJES DEPEDRO 2018 SLU, con NIF B26557678, adjudicataria del contrato «Área de servicios para ciclistas en Bargota y Sansol destinadas al cocloturismo. Financiado por la Unión Europea-Next Generation EU en el marco del Plan de Recuperación, Transformación y Resilencia..», expediente 3286_1/2025, adjudicado el …… por 90.971,85 €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29/05/2025 a 14/07/2025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