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MIELET ELECTRICIDAD SL</w:t>
      </w:r>
    </w:p>
    <w:p>
      <w:r>
        <w:t>NIF B76249689.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