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METROPOLIS CENTRE ESPECIAL DE TREBALL, S.L.U.</w:t>
      </w:r>
    </w:p>
    <w:p>
      <w:r>
        <w:t>NIF B64918550.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