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MES BO COLECTIVIDADES Y CATERING S.L.U</w:t>
      </w:r>
    </w:p>
    <w:p>
      <w:r>
        <w:t>NIF B42922039. Contratos públicos adjudicados en los tres últimos años (servicios), del 31/10/2023 al 31/10/2026,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L'objecte del contracte és el servei de càtering en línia freda (dinars i berenars) destinat als centres de serveis de la comarca de Les Garrigues (Lleida), així com del servei de càtering (dinar) durant les vacances del personal de cuina del centre de serveis de Maials (Segrià), i del servei de càt (lote 3) · exp. 150/2026</w:t>
            </w:r>
          </w:p>
        </w:tc>
        <w:tc>
          <w:tcPr>
            <w:tcW w:type="dxa" w:w="1440"/>
          </w:tcPr>
          <w:p>
            <w:r>
              <w:t>Sumar, serveis públics d'acció social de Catalunya, MP, SL</w:t>
            </w:r>
          </w:p>
        </w:tc>
        <w:tc>
          <w:tcPr>
            <w:tcW w:type="dxa" w:w="1440"/>
          </w:tcPr>
          <w:p>
            <w:r>
              <w:t>161.193,60 €</w:t>
            </w:r>
          </w:p>
        </w:tc>
        <w:tc>
          <w:tcPr>
            <w:tcW w:type="dxa" w:w="1440"/>
          </w:tcPr>
          <w:p>
            <w:r/>
          </w:p>
        </w:tc>
        <w:tc>
          <w:tcPr>
            <w:tcW w:type="dxa" w:w="1440"/>
          </w:tcPr>
          <w:p>
            <w:r>
              <w:t>22/07/2026 – en curso</w:t>
            </w:r>
          </w:p>
        </w:tc>
        <w:tc>
          <w:tcPr>
            <w:tcW w:type="dxa" w:w="1440"/>
          </w:tcPr>
          <w:p>
            <w:r>
              <w:rPr>
                <w:highlight w:val="yellow"/>
              </w:rPr>
              <w:t>rellenar</w:t>
            </w:r>
          </w:p>
        </w:tc>
      </w:tr>
      <w:tr>
        <w:tc>
          <w:tcPr>
            <w:tcW w:type="dxa" w:w="1440"/>
          </w:tcPr>
          <w:p>
            <w:r>
              <w:t>L’objecte d’aquest contracte és la prestació del servei d’àpats pels centres diürns del Papiol i Les Bernardes de Salt, gestionats per SUMAR, Serveis Públics d’Acció Social de Catalunya MP, SL, en endavant SUMAR, mitjançant procediment obert amb varis criteris d’adjudicació. (lote 1) · exp. 179/2025</w:t>
            </w:r>
          </w:p>
        </w:tc>
        <w:tc>
          <w:tcPr>
            <w:tcW w:type="dxa" w:w="1440"/>
          </w:tcPr>
          <w:p>
            <w:r>
              <w:t>Sumar, serveis públics d'acció social de Catalunya, MP, SL</w:t>
            </w:r>
          </w:p>
        </w:tc>
        <w:tc>
          <w:tcPr>
            <w:tcW w:type="dxa" w:w="1440"/>
          </w:tcPr>
          <w:p>
            <w:r>
              <w:t>38.523,60 €</w:t>
            </w:r>
          </w:p>
        </w:tc>
        <w:tc>
          <w:tcPr>
            <w:tcW w:type="dxa" w:w="1440"/>
          </w:tcPr>
          <w:p>
            <w:r/>
          </w:p>
        </w:tc>
        <w:tc>
          <w:tcPr>
            <w:tcW w:type="dxa" w:w="1440"/>
          </w:tcPr>
          <w:p>
            <w:r>
              <w:t>14/07/2025 – 14/07/2026</w:t>
            </w:r>
          </w:p>
        </w:tc>
        <w:tc>
          <w:tcPr>
            <w:tcW w:type="dxa" w:w="1440"/>
          </w:tcPr>
          <w:p>
            <w:r>
              <w:rPr>
                <w:highlight w:val="yellow"/>
              </w:rPr>
              <w:t>rellenar</w:t>
            </w:r>
          </w:p>
        </w:tc>
      </w:tr>
      <w:tr>
        <w:tc>
          <w:tcPr>
            <w:tcW w:type="dxa" w:w="1440"/>
          </w:tcPr>
          <w:p>
            <w:r>
              <w:t>Servei de càtering de coffee break (Lot 1) i servei de càtering de dinar de treball (Lot 5) que s’oferirà als assistents als Seminaris de Farmàcia que tenen lloc a la seu de l’Institut de Formació Contínua de la Universitat de Barcelona (IL3-UB). · exp. 8.8/2024</w:t>
            </w:r>
          </w:p>
        </w:tc>
        <w:tc>
          <w:tcPr>
            <w:tcW w:type="dxa" w:w="1440"/>
          </w:tcPr>
          <w:p>
            <w:r>
              <w:t>Fundació Privada Institut de Formació Contínua de la Universitat de Barcelona (IL3-UB)(M.P.)</w:t>
            </w:r>
          </w:p>
        </w:tc>
        <w:tc>
          <w:tcPr>
            <w:tcW w:type="dxa" w:w="1440"/>
          </w:tcPr>
          <w:p>
            <w:r>
              <w:t>3.278,50 €</w:t>
            </w:r>
          </w:p>
        </w:tc>
        <w:tc>
          <w:tcPr>
            <w:tcW w:type="dxa" w:w="1440"/>
          </w:tcPr>
          <w:p>
            <w:r/>
          </w:p>
        </w:tc>
        <w:tc>
          <w:tcPr>
            <w:tcW w:type="dxa" w:w="1440"/>
          </w:tcPr>
          <w:p>
            <w:r>
              <w:t>04/04/2025 – 24/04/2025</w:t>
            </w:r>
          </w:p>
        </w:tc>
        <w:tc>
          <w:tcPr>
            <w:tcW w:type="dxa" w:w="1440"/>
          </w:tcPr>
          <w:p>
            <w:r>
              <w:rPr>
                <w:highlight w:val="yellow"/>
              </w:rPr>
              <w:t>rellenar</w:t>
            </w:r>
          </w:p>
        </w:tc>
      </w:tr>
      <w:tr>
        <w:tc>
          <w:tcPr>
            <w:tcW w:type="dxa" w:w="1440"/>
          </w:tcPr>
          <w:p>
            <w:r>
              <w:t>Servei de coffee break (Lot 1) i aperitiu/còctel (Lot 3) durant la sessió d’“Speed Networking” entre empreses i alumnes de l’IL3-UB. · exp. 8.2/2024</w:t>
            </w:r>
          </w:p>
        </w:tc>
        <w:tc>
          <w:tcPr>
            <w:tcW w:type="dxa" w:w="1440"/>
          </w:tcPr>
          <w:p>
            <w:r>
              <w:t>Fundació Privada Institut de Formació Contínua de la Universitat de Barcelona (IL3-UB)(M.P.)</w:t>
            </w:r>
          </w:p>
        </w:tc>
        <w:tc>
          <w:tcPr>
            <w:tcW w:type="dxa" w:w="1440"/>
          </w:tcPr>
          <w:p>
            <w:r>
              <w:t>1.021,62 €</w:t>
            </w:r>
          </w:p>
        </w:tc>
        <w:tc>
          <w:tcPr>
            <w:tcW w:type="dxa" w:w="1440"/>
          </w:tcPr>
          <w:p>
            <w:r/>
          </w:p>
        </w:tc>
        <w:tc>
          <w:tcPr>
            <w:tcW w:type="dxa" w:w="1440"/>
          </w:tcPr>
          <w:p>
            <w:r>
              <w:t>23/01/2025 – 13/02/2025</w:t>
            </w:r>
          </w:p>
        </w:tc>
        <w:tc>
          <w:tcPr>
            <w:tcW w:type="dxa" w:w="1440"/>
          </w:tcPr>
          <w:p>
            <w:r>
              <w:rPr>
                <w:highlight w:val="yellow"/>
              </w:rPr>
              <w:t>rellenar</w:t>
            </w:r>
          </w:p>
        </w:tc>
      </w:tr>
      <w:tr>
        <w:tc>
          <w:tcPr>
            <w:tcW w:type="dxa" w:w="1440"/>
          </w:tcPr>
          <w:p>
            <w:r>
              <w:t>Contractació del servei de coffee break que s’oferirà als 30 alumnes del curs "Conflict Management &amp; Artificial Intelligence for Universities", durant els primers tres dies del programa i que tindrà lloc a l’edifici de la Fundació Institut de Formació Contínua de la Universitat de Barcelona (IL3-UB) · exp. 8.1/2024</w:t>
            </w:r>
          </w:p>
        </w:tc>
        <w:tc>
          <w:tcPr>
            <w:tcW w:type="dxa" w:w="1440"/>
          </w:tcPr>
          <w:p>
            <w:r>
              <w:t>Fundació Privada Institut de Formació Contínua de la Universitat de Barcelona (IL3-UB)(M.P.)</w:t>
            </w:r>
          </w:p>
        </w:tc>
        <w:tc>
          <w:tcPr>
            <w:tcW w:type="dxa" w:w="1440"/>
          </w:tcPr>
          <w:p>
            <w:r>
              <w:t>1.092,00 €</w:t>
            </w:r>
          </w:p>
        </w:tc>
        <w:tc>
          <w:tcPr>
            <w:tcW w:type="dxa" w:w="1440"/>
          </w:tcPr>
          <w:p>
            <w:r/>
          </w:p>
        </w:tc>
        <w:tc>
          <w:tcPr>
            <w:tcW w:type="dxa" w:w="1440"/>
          </w:tcPr>
          <w:p>
            <w:r>
              <w:t>16/01/2025 – 23/01/2025</w:t>
            </w:r>
          </w:p>
        </w:tc>
        <w:tc>
          <w:tcPr>
            <w:tcW w:type="dxa" w:w="1440"/>
          </w:tcPr>
          <w:p>
            <w:r>
              <w:rPr>
                <w:highlight w:val="yellow"/>
              </w:rPr>
              <w:t>rellenar</w:t>
            </w:r>
          </w:p>
        </w:tc>
      </w:tr>
      <w:tr>
        <w:tc>
          <w:tcPr>
            <w:tcW w:type="dxa" w:w="1440"/>
          </w:tcPr>
          <w:p>
            <w:r>
              <w:t>Acord marc d'homologació d’ empreses per la contractació dels serveis de càtering dels actes organitzats i celebrats a la Fundació Institut de Formació Contínua de la Universitat de Barcelona (IL3-UB). Els actes es podran celebrar a les instal·lacions de la Fundació o fora d’aquestes. (lote 1) · exp. 08/2024-B</w:t>
            </w:r>
          </w:p>
        </w:tc>
        <w:tc>
          <w:tcPr>
            <w:tcW w:type="dxa" w:w="1440"/>
          </w:tcPr>
          <w:p>
            <w:r>
              <w:t>Fundació Privada Institut de Formació Contínua de la Universitat de Barcelona (IL3-UB)(M.P.)</w:t>
            </w:r>
          </w:p>
        </w:tc>
        <w:tc>
          <w:tcPr>
            <w:tcW w:type="dxa" w:w="1440"/>
          </w:tcPr>
          <w:p>
            <w:r>
              <w:t>0,00 €</w:t>
            </w:r>
          </w:p>
        </w:tc>
        <w:tc>
          <w:tcPr>
            <w:tcW w:type="dxa" w:w="1440"/>
          </w:tcPr>
          <w:p>
            <w:r/>
          </w:p>
        </w:tc>
        <w:tc>
          <w:tcPr>
            <w:tcW w:type="dxa" w:w="1440"/>
          </w:tcPr>
          <w:p>
            <w:r>
              <w:t>20/11/2024 – 20/11/2025</w:t>
            </w:r>
          </w:p>
        </w:tc>
        <w:tc>
          <w:tcPr>
            <w:tcW w:type="dxa" w:w="1440"/>
          </w:tcPr>
          <w:p>
            <w:r>
              <w:rPr>
                <w:highlight w:val="yellow"/>
              </w:rPr>
              <w:t>rellenar</w:t>
            </w:r>
          </w:p>
        </w:tc>
      </w:tr>
      <w:tr>
        <w:tc>
          <w:tcPr>
            <w:tcW w:type="dxa" w:w="1440"/>
          </w:tcPr>
          <w:p>
            <w:r>
              <w:t>Acord marc d'homologació d’ empreses per la contractació dels serveis de càtering dels actes organitzats i celebrats a la Fundació Institut de Formació Contínua de la Universitat de Barcelona (IL3-UB). Els actes es podran celebrar a les instal·lacions de la Fundació o fora d’aquestes. (lote 3) · exp. 08/2024-B</w:t>
            </w:r>
          </w:p>
        </w:tc>
        <w:tc>
          <w:tcPr>
            <w:tcW w:type="dxa" w:w="1440"/>
          </w:tcPr>
          <w:p>
            <w:r>
              <w:t>Fundació Privada Institut de Formació Contínua de la Universitat de Barcelona (IL3-UB)(M.P.)</w:t>
            </w:r>
          </w:p>
        </w:tc>
        <w:tc>
          <w:tcPr>
            <w:tcW w:type="dxa" w:w="1440"/>
          </w:tcPr>
          <w:p>
            <w:r>
              <w:t>0,00 €</w:t>
            </w:r>
          </w:p>
        </w:tc>
        <w:tc>
          <w:tcPr>
            <w:tcW w:type="dxa" w:w="1440"/>
          </w:tcPr>
          <w:p>
            <w:r/>
          </w:p>
        </w:tc>
        <w:tc>
          <w:tcPr>
            <w:tcW w:type="dxa" w:w="1440"/>
          </w:tcPr>
          <w:p>
            <w:r>
              <w:t>20/11/2024 – 20/11/2025</w:t>
            </w:r>
          </w:p>
        </w:tc>
        <w:tc>
          <w:tcPr>
            <w:tcW w:type="dxa" w:w="1440"/>
          </w:tcPr>
          <w:p>
            <w:r>
              <w:rPr>
                <w:highlight w:val="yellow"/>
              </w:rPr>
              <w:t>rellenar</w:t>
            </w:r>
          </w:p>
        </w:tc>
      </w:tr>
      <w:tr>
        <w:tc>
          <w:tcPr>
            <w:tcW w:type="dxa" w:w="1440"/>
          </w:tcPr>
          <w:p>
            <w:r>
              <w:t>Acord marc d'homologació d’ empreses per la contractació dels serveis de càtering dels actes organitzats i celebrats a la Fundació Institut de Formació Contínua de la Universitat de Barcelona (IL3-UB). Els actes es podran celebrar a les instal·lacions de la Fundació o fora d’aquestes. (lote 5) · exp. 08/2024-B</w:t>
            </w:r>
          </w:p>
        </w:tc>
        <w:tc>
          <w:tcPr>
            <w:tcW w:type="dxa" w:w="1440"/>
          </w:tcPr>
          <w:p>
            <w:r>
              <w:t>Fundació Privada Institut de Formació Contínua de la Universitat de Barcelona (IL3-UB)(M.P.)</w:t>
            </w:r>
          </w:p>
        </w:tc>
        <w:tc>
          <w:tcPr>
            <w:tcW w:type="dxa" w:w="1440"/>
          </w:tcPr>
          <w:p>
            <w:r>
              <w:t>0,00 €</w:t>
            </w:r>
          </w:p>
        </w:tc>
        <w:tc>
          <w:tcPr>
            <w:tcW w:type="dxa" w:w="1440"/>
          </w:tcPr>
          <w:p>
            <w:r/>
          </w:p>
        </w:tc>
        <w:tc>
          <w:tcPr>
            <w:tcW w:type="dxa" w:w="1440"/>
          </w:tcPr>
          <w:p>
            <w:r>
              <w:t>20/11/2024 – 20/11/2025</w:t>
            </w:r>
          </w:p>
        </w:tc>
        <w:tc>
          <w:tcPr>
            <w:tcW w:type="dxa" w:w="1440"/>
          </w:tcPr>
          <w:p>
            <w:r>
              <w:rPr>
                <w:highlight w:val="yellow"/>
              </w:rPr>
              <w:t>rellenar</w:t>
            </w:r>
          </w:p>
        </w:tc>
      </w:tr>
      <w:tr>
        <w:tc>
          <w:tcPr>
            <w:tcW w:type="dxa" w:w="1440"/>
          </w:tcPr>
          <w:p>
            <w:r>
              <w:t>Acord marc d'homologació d’ empreses per la contractació dels serveis de càtering dels actes organitzats i celebrats a la Fundació Institut de Formació Contínua de la Universitat de Barcelona (IL3-UB). Els actes es podran celebrar a les instal·lacions de la Fundació o fora d’aquestes. (lote 6) · exp. 08/2024-B</w:t>
            </w:r>
          </w:p>
        </w:tc>
        <w:tc>
          <w:tcPr>
            <w:tcW w:type="dxa" w:w="1440"/>
          </w:tcPr>
          <w:p>
            <w:r>
              <w:t>Fundació Privada Institut de Formació Contínua de la Universitat de Barcelona (IL3-UB)(M.P.)</w:t>
            </w:r>
          </w:p>
        </w:tc>
        <w:tc>
          <w:tcPr>
            <w:tcW w:type="dxa" w:w="1440"/>
          </w:tcPr>
          <w:p>
            <w:r>
              <w:t>0,00 €</w:t>
            </w:r>
          </w:p>
        </w:tc>
        <w:tc>
          <w:tcPr>
            <w:tcW w:type="dxa" w:w="1440"/>
          </w:tcPr>
          <w:p>
            <w:r/>
          </w:p>
        </w:tc>
        <w:tc>
          <w:tcPr>
            <w:tcW w:type="dxa" w:w="1440"/>
          </w:tcPr>
          <w:p>
            <w:r>
              <w:t>20/11/2024 – 20/11/2025</w:t>
            </w:r>
          </w:p>
        </w:tc>
        <w:tc>
          <w:tcPr>
            <w:tcW w:type="dxa" w:w="1440"/>
          </w:tcPr>
          <w:p>
            <w:r>
              <w:rPr>
                <w:highlight w:val="yellow"/>
              </w:rPr>
              <w:t>rellenar</w:t>
            </w:r>
          </w:p>
        </w:tc>
      </w:tr>
    </w:tbl>
    <w:p/>
    <w:p>
      <w:r>
        <w:rPr>
          <w:b/>
        </w:rPr>
        <w:t>Importe adjudicado en el periodo: 205.109,32 € sin IVA, en 9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Sumar, serveis públics d'acció social de Catalunya, MP, SL</w:t>
      </w:r>
    </w:p>
    <w:p>
      <w:r>
        <w:t xml:space="preserve">MES BO COLECTIVIDADES Y CATERING S.L.U, con NIF B42922039, adjudicataria del contrato «L'objecte del contracte és el servei de càtering en línia freda (dinars i berenars) destinat als centres de serveis de la comarca de Les Garrigues (Lleida), així com del servei de càtering (dinar) durant les vacances del personal de cuina del centre de serveis de Maials (Segrià), i del servei de càt», lote 3, expediente 150/2026, adjudicado el …… por 161.193,60 €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22/07/2026 a 22/07/2027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Sumar, serveis públics d'acció social de Catalunya, MP, SL</w:t>
      </w:r>
    </w:p>
    <w:p>
      <w:r>
        <w:t xml:space="preserve">MES BO COLECTIVIDADES Y CATERING S.L.U, con NIF B42922039, adjudicataria del contrato «L’objecte d’aquest contracte és la prestació del servei d’àpats pels centres diürns del Papiol i Les Bernardes de Salt, gestionats per SUMAR, Serveis Públics d’Acció Social de Catalunya MP, SL, en endavant SUMAR, mitjançant procediment obert amb varis criteris d’adjudicació.», lote 1, expediente 179/2025, adjudicado el …… por 38.523,60 €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14/07/2025 a 14/07/2026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Fundació Privada Institut de Formació Contínua de la Universitat de Barcelona (IL3-UB)(M.P.)</w:t>
      </w:r>
    </w:p>
    <w:p>
      <w:r>
        <w:t xml:space="preserve">MES BO COLECTIVIDADES Y CATERING S.L.U, con NIF B42922039, adjudicataria del contrato «Servei de càtering de coffee break (Lot 1) i servei de càtering de dinar de treball (Lot 5) que s’oferirà als assistents als Seminaris de Farmàcia que tenen lloc a la seu de l’Institut de Formació Contínua de la Universitat de Barcelona (IL3-UB).», expediente 8.8/2024, adjudicado el …… por 3.278,50 €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04/04/2025 a 24/04/2025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Fundació Privada Institut de Formació Contínua de la Universitat de Barcelona (IL3-UB)(M.P.)</w:t>
      </w:r>
    </w:p>
    <w:p>
      <w:r>
        <w:t xml:space="preserve">MES BO COLECTIVIDADES Y CATERING S.L.U, con NIF B42922039, adjudicataria del contrato «Servei de coffee break (Lot 1) i aperitiu/còctel (Lot 3) durant la sessió d’“Speed Networking” entre empreses i alumnes de l’IL3-UB.», expediente 8.2/2024, adjudicado el …… por 1.021,62 €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23/01/2025 a 13/02/2025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Fundació Privada Institut de Formació Contínua de la Universitat de Barcelona (IL3-UB)(M.P.)</w:t>
      </w:r>
    </w:p>
    <w:p>
      <w:r>
        <w:t xml:space="preserve">MES BO COLECTIVIDADES Y CATERING S.L.U, con NIF B42922039, adjudicataria del contrato «Contractació del servei de coffee break que s’oferirà als 30 alumnes del curs "Conflict Management &amp; Artificial Intelligence for Universities", durant els primers tres dies del programa i que tindrà lloc a l’edifici de la Fundació Institut de Formació Contínua de la Universitat de Barcelona (IL3-UB)», expediente 8.1/2024, adjudicado el …… por 1.092,00 €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16/01/2025 a 23/01/2025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Fundació Privada Institut de Formació Contínua de la Universitat de Barcelona (IL3-UB)(M.P.)</w:t>
      </w:r>
    </w:p>
    <w:p>
      <w:r>
        <w:t xml:space="preserve">MES BO COLECTIVIDADES Y CATERING S.L.U, con NIF B42922039, adjudicataria del contrato «Acord marc d'homologació d’ empreses per la contractació dels serveis de càtering dels actes organitzats i celebrats a la Fundació Institut de Formació Contínua de la Universitat de Barcelona (IL3-UB). Els actes es podran celebrar a les instal·lacions de la Fundació o fora d’aquestes.», lote 1, expediente 08/2024-B,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20/11/2024 a 20/11/2025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Fundació Privada Institut de Formació Contínua de la Universitat de Barcelona (IL3-UB)(M.P.)</w:t>
      </w:r>
    </w:p>
    <w:p>
      <w:r>
        <w:t xml:space="preserve">MES BO COLECTIVIDADES Y CATERING S.L.U, con NIF B42922039, adjudicataria del contrato «Acord marc d'homologació d’ empreses per la contractació dels serveis de càtering dels actes organitzats i celebrats a la Fundació Institut de Formació Contínua de la Universitat de Barcelona (IL3-UB). Els actes es podran celebrar a les instal·lacions de la Fundació o fora d’aquestes.», lote 3, expediente 08/2024-B,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20/11/2024 a 20/11/2025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Fundació Privada Institut de Formació Contínua de la Universitat de Barcelona (IL3-UB)(M.P.)</w:t>
      </w:r>
    </w:p>
    <w:p>
      <w:r>
        <w:t xml:space="preserve">MES BO COLECTIVIDADES Y CATERING S.L.U, con NIF B42922039, adjudicataria del contrato «Acord marc d'homologació d’ empreses per la contractació dels serveis de càtering dels actes organitzats i celebrats a la Fundació Institut de Formació Contínua de la Universitat de Barcelona (IL3-UB). Els actes es podran celebrar a les instal·lacions de la Fundació o fora d’aquestes.», lote 5, expediente 08/2024-B,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20/11/2024 a 20/11/2025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Fundació Privada Institut de Formació Contínua de la Universitat de Barcelona (IL3-UB)(M.P.)</w:t>
      </w:r>
    </w:p>
    <w:p>
      <w:r>
        <w:t xml:space="preserve">MES BO COLECTIVIDADES Y CATERING S.L.U, con NIF B42922039, adjudicataria del contrato «Acord marc d'homologació d’ empreses per la contractació dels serveis de càtering dels actes organitzats i celebrats a la Fundació Institut de Formació Contínua de la Universitat de Barcelona (IL3-UB). Els actes es podran celebrar a les instal·lacions de la Fundació o fora d’aquestes.», lote 6, expediente 08/2024-B,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20/11/2024 a 20/11/2025</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