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MERCAUTO GRUNOSUR, SLU</w:t>
      </w:r>
    </w:p>
    <w:p>
      <w:r>
        <w:t>NIF B91329938.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2204/GRUAPO/ESCUADRONSERVICIOS/EAPO/AUTOMOVILES suministro e instalación equipos de mantenimiento de vehículos de ruedas para el parque de automóviles de la Base Aérea de Morón y Ala 11 (lote 2) · exp. 2025/EA24/00000967E</w:t>
            </w:r>
          </w:p>
        </w:tc>
        <w:tc>
          <w:tcPr>
            <w:tcW w:type="dxa" w:w="1440"/>
          </w:tcPr>
          <w:p>
            <w:r>
              <w:t>Jefatura de la Sección Económico Administrativa 24 de la Base Aérea de Morón · NIF S4122001C</w:t>
            </w:r>
          </w:p>
        </w:tc>
        <w:tc>
          <w:tcPr>
            <w:tcW w:type="dxa" w:w="1440"/>
          </w:tcPr>
          <w:p>
            <w:r>
              <w:t>2.300,00 €</w:t>
            </w:r>
          </w:p>
        </w:tc>
        <w:tc>
          <w:tcPr>
            <w:tcW w:type="dxa" w:w="1440"/>
          </w:tcPr>
          <w:p>
            <w:r>
              <w:t>20/08/2025</w:t>
            </w:r>
          </w:p>
        </w:tc>
        <w:tc>
          <w:tcPr>
            <w:tcW w:type="dxa" w:w="1440"/>
          </w:tcPr>
          <w:p>
            <w:r>
              <w:t>25/08/2025 – 30/11/2025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2204/GRUAPO/ESCUADRONSERVICIOS/EAPO/AUTOMOVILES suministro e instalación equipos de mantenimiento de vehículos de ruedas para el parque de automóviles de la Base Aérea de Morón y Ala 11 (lote 3) · exp. 2025/EA24/00000967E</w:t>
            </w:r>
          </w:p>
        </w:tc>
        <w:tc>
          <w:tcPr>
            <w:tcW w:type="dxa" w:w="1440"/>
          </w:tcPr>
          <w:p>
            <w:r>
              <w:t>Jefatura de la Sección Económico Administrativa 24 de la Base Aérea de Morón · NIF S4122001C</w:t>
            </w:r>
          </w:p>
        </w:tc>
        <w:tc>
          <w:tcPr>
            <w:tcW w:type="dxa" w:w="1440"/>
          </w:tcPr>
          <w:p>
            <w:r>
              <w:t>5.400,00 €</w:t>
            </w:r>
          </w:p>
        </w:tc>
        <w:tc>
          <w:tcPr>
            <w:tcW w:type="dxa" w:w="1440"/>
          </w:tcPr>
          <w:p>
            <w:r>
              <w:t>20/08/2025</w:t>
            </w:r>
          </w:p>
        </w:tc>
        <w:tc>
          <w:tcPr>
            <w:tcW w:type="dxa" w:w="1440"/>
          </w:tcPr>
          <w:p>
            <w:r>
              <w:t>26/08/2025 – 30/11/2025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2204/GRUAPO/ESCUADRONSERVICIOS/EAPO/AUTOMOVILES suministro e instalación equipos de mantenimiento de vehículos de ruedas para el parque de automóviles de la Base Aérea de Morón y Ala 11 (lote 4) · exp. 2025/EA24/00000967E</w:t>
            </w:r>
          </w:p>
        </w:tc>
        <w:tc>
          <w:tcPr>
            <w:tcW w:type="dxa" w:w="1440"/>
          </w:tcPr>
          <w:p>
            <w:r>
              <w:t>Jefatura de la Sección Económico Administrativa 24 de la Base Aérea de Morón · NIF S4122001C</w:t>
            </w:r>
          </w:p>
        </w:tc>
        <w:tc>
          <w:tcPr>
            <w:tcW w:type="dxa" w:w="1440"/>
          </w:tcPr>
          <w:p>
            <w:r>
              <w:t>2.737,00 €</w:t>
            </w:r>
          </w:p>
        </w:tc>
        <w:tc>
          <w:tcPr>
            <w:tcW w:type="dxa" w:w="1440"/>
          </w:tcPr>
          <w:p>
            <w:r>
              <w:t>20/08/2025</w:t>
            </w:r>
          </w:p>
        </w:tc>
        <w:tc>
          <w:tcPr>
            <w:tcW w:type="dxa" w:w="1440"/>
          </w:tcPr>
          <w:p>
            <w:r>
              <w:t>26/08/2025 – 30/11/2025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2204/GRUAPO/ESCUADRONSERVICIOS/EAPO/AUTOMOVILES suministro e instalación equipos de mantenimiento de vehículos de ruedas para el parque de automóviles de la Base Aérea de Morón y Ala 11 (lote 5) · exp. 2025/EA24/00000967E</w:t>
            </w:r>
          </w:p>
        </w:tc>
        <w:tc>
          <w:tcPr>
            <w:tcW w:type="dxa" w:w="1440"/>
          </w:tcPr>
          <w:p>
            <w:r>
              <w:t>Jefatura de la Sección Económico Administrativa 24 de la Base Aérea de Morón · NIF S4122001C</w:t>
            </w:r>
          </w:p>
        </w:tc>
        <w:tc>
          <w:tcPr>
            <w:tcW w:type="dxa" w:w="1440"/>
          </w:tcPr>
          <w:p>
            <w:r>
              <w:t>2.755,00 €</w:t>
            </w:r>
          </w:p>
        </w:tc>
        <w:tc>
          <w:tcPr>
            <w:tcW w:type="dxa" w:w="1440"/>
          </w:tcPr>
          <w:p>
            <w:r>
              <w:t>20/08/2025</w:t>
            </w:r>
          </w:p>
        </w:tc>
        <w:tc>
          <w:tcPr>
            <w:tcW w:type="dxa" w:w="1440"/>
          </w:tcPr>
          <w:p>
            <w:r>
              <w:t>25/08/2025 – 30/11/2025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2204/GRUAPO/ESCUADRONSERVICIOS/EAPO/AUTOMOVILES suministro e instalación equipos de mantenimiento de vehículos de ruedas para el parque de automóviles de la Base Aérea de Morón y Ala 11 (lote 1) · exp. 2025/EA24/00000967E</w:t>
            </w:r>
          </w:p>
        </w:tc>
        <w:tc>
          <w:tcPr>
            <w:tcW w:type="dxa" w:w="1440"/>
          </w:tcPr>
          <w:p>
            <w:r>
              <w:t>Jefatura de la Sección Económico Administrativa 24 de la Base Aérea de Morón · NIF S4122001C</w:t>
            </w:r>
          </w:p>
        </w:tc>
        <w:tc>
          <w:tcPr>
            <w:tcW w:type="dxa" w:w="1440"/>
          </w:tcPr>
          <w:p>
            <w:r>
              <w:t>7.800,00 €</w:t>
            </w:r>
          </w:p>
        </w:tc>
        <w:tc>
          <w:tcPr>
            <w:tcW w:type="dxa" w:w="1440"/>
          </w:tcPr>
          <w:p>
            <w:r>
              <w:t>06/08/2025</w:t>
            </w:r>
          </w:p>
        </w:tc>
        <w:tc>
          <w:tcPr>
            <w:tcW w:type="dxa" w:w="1440"/>
          </w:tcPr>
          <w:p>
            <w:r>
              <w:t>19/08/2025 – 30/11/2025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Adquisición de consumibles para el sostenimiento orgánico del parque de automóviles de la Base Aérea de Morón. · exp. 2024/EA24/00001288E</w:t>
            </w:r>
          </w:p>
        </w:tc>
        <w:tc>
          <w:tcPr>
            <w:tcW w:type="dxa" w:w="1440"/>
          </w:tcPr>
          <w:p>
            <w:r>
              <w:t>Jefatura de la Sección Económico Administrativa 24 de la Base Aérea de Morón · NIF S4122001C</w:t>
            </w:r>
          </w:p>
        </w:tc>
        <w:tc>
          <w:tcPr>
            <w:tcW w:type="dxa" w:w="1440"/>
          </w:tcPr>
          <w:p>
            <w:r>
              <w:t>8.264,46 €</w:t>
            </w:r>
          </w:p>
        </w:tc>
        <w:tc>
          <w:tcPr>
            <w:tcW w:type="dxa" w:w="1440"/>
          </w:tcPr>
          <w:p>
            <w:r>
              <w:t>17/09/2024</w:t>
            </w:r>
          </w:p>
        </w:tc>
        <w:tc>
          <w:tcPr>
            <w:tcW w:type="dxa" w:w="1440"/>
          </w:tcPr>
          <w:p>
            <w:r>
              <w:t>01/07/2024 – 01/10/2024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29.256,46 € sin IVA, en 6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 Administrativa 24 de la Base Aérea de Morón (NIF S4122001C)</w:t>
      </w:r>
    </w:p>
    <w:p>
      <w:r>
        <w:t xml:space="preserve">MERCAUTO GRUNOSUR, SLU, con NIF B91329938, adjudicataria del contrato «2204/GRUAPO/ESCUADRONSERVICIOS/EAPO/AUTOMOVILES suministro e instalación equipos de mantenimiento de vehículos de ruedas para el parque de automóviles de la Base Aérea de Morón y Ala 11», lote 2, expediente 2025/EA24/00000967E, adjudicado el 20/08/2025 por 2.300,00 €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25/08/2025 a 30/11/2025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 Administrativa 24 de la Base Aérea de Morón (NIF S4122001C)</w:t>
      </w:r>
    </w:p>
    <w:p>
      <w:r>
        <w:t xml:space="preserve">MERCAUTO GRUNOSUR, SLU, con NIF B91329938, adjudicataria del contrato «2204/GRUAPO/ESCUADRONSERVICIOS/EAPO/AUTOMOVILES suministro e instalación equipos de mantenimiento de vehículos de ruedas para el parque de automóviles de la Base Aérea de Morón y Ala 11», lote 3, expediente 2025/EA24/00000967E, adjudicado el 20/08/2025 por 5.400,00 €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26/08/2025 a 30/11/2025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 Administrativa 24 de la Base Aérea de Morón (NIF S4122001C)</w:t>
      </w:r>
    </w:p>
    <w:p>
      <w:r>
        <w:t xml:space="preserve">MERCAUTO GRUNOSUR, SLU, con NIF B91329938, adjudicataria del contrato «2204/GRUAPO/ESCUADRONSERVICIOS/EAPO/AUTOMOVILES suministro e instalación equipos de mantenimiento de vehículos de ruedas para el parque de automóviles de la Base Aérea de Morón y Ala 11», lote 4, expediente 2025/EA24/00000967E, adjudicado el 20/08/2025 por 2.737,00 €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26/08/2025 a 30/11/2025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 Administrativa 24 de la Base Aérea de Morón (NIF S4122001C)</w:t>
      </w:r>
    </w:p>
    <w:p>
      <w:r>
        <w:t xml:space="preserve">MERCAUTO GRUNOSUR, SLU, con NIF B91329938, adjudicataria del contrato «2204/GRUAPO/ESCUADRONSERVICIOS/EAPO/AUTOMOVILES suministro e instalación equipos de mantenimiento de vehículos de ruedas para el parque de automóviles de la Base Aérea de Morón y Ala 11», lote 5, expediente 2025/EA24/00000967E, adjudicado el 20/08/2025 por 2.755,00 €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25/08/2025 a 30/11/2025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 Administrativa 24 de la Base Aérea de Morón (NIF S4122001C)</w:t>
      </w:r>
    </w:p>
    <w:p>
      <w:r>
        <w:t xml:space="preserve">MERCAUTO GRUNOSUR, SLU, con NIF B91329938, adjudicataria del contrato «2204/GRUAPO/ESCUADRONSERVICIOS/EAPO/AUTOMOVILES suministro e instalación equipos de mantenimiento de vehículos de ruedas para el parque de automóviles de la Base Aérea de Morón y Ala 11», lote 1, expediente 2025/EA24/00000967E, adjudicado el 06/08/2025 por 7.800,00 €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19/08/2025 a 30/11/2025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 Administrativa 24 de la Base Aérea de Morón (NIF S4122001C)</w:t>
      </w:r>
    </w:p>
    <w:p>
      <w:r>
        <w:t xml:space="preserve">MERCAUTO GRUNOSUR, SLU, con NIF B91329938, adjudicataria del contrato «Adquisición de consumibles para el sostenimiento orgánico del parque de automóviles de la Base Aérea de Morón.», expediente 2024/EA24/00001288E, adjudicado el 17/09/2024 por 8.264,46 €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01/07/2024 a 01/10/2024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