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Relación de los principales trabajos realizados · MATIA GOXARA, S.L.</w:t>
      </w:r>
    </w:p>
    <w:p>
      <w:r>
        <w:t>NIF B20737300. Contratos públicos adjudicados en los tres últimos años (servicios), del 30/10/2023 al 30/10/2026, servicios.</w:t>
      </w:r>
    </w:p>
    <w:tbl>
      <w:tblPr>
        <w:tblStyle w:val="TableGrid"/>
        <w:tblW w:type="auto" w:w="0"/>
        <w:tblLook w:firstColumn="1" w:firstRow="1" w:lastColumn="0" w:lastRow="0" w:noHBand="0" w:noVBand="1" w:val="04A0"/>
      </w:tblPr>
      <w:tblGrid>
        <w:gridCol w:w="1440"/>
        <w:gridCol w:w="1440"/>
        <w:gridCol w:w="1440"/>
        <w:gridCol w:w="1440"/>
        <w:gridCol w:w="1440"/>
        <w:gridCol w:w="1440"/>
      </w:tblGrid>
      <w:tr>
        <w:tc>
          <w:tcPr>
            <w:tcW w:type="dxa" w:w="1440"/>
          </w:tcPr>
          <w:p>
            <w:r>
              <w:t>Objeto</w:t>
            </w:r>
          </w:p>
        </w:tc>
        <w:tc>
          <w:tcPr>
            <w:tcW w:type="dxa" w:w="1440"/>
          </w:tcPr>
          <w:p>
            <w:r>
              <w:t>Destinatario (órgano)</w:t>
            </w:r>
          </w:p>
        </w:tc>
        <w:tc>
          <w:tcPr>
            <w:tcW w:type="dxa" w:w="1440"/>
          </w:tcPr>
          <w:p>
            <w:r>
              <w:t>Importe sin IVA</w:t>
            </w:r>
          </w:p>
        </w:tc>
        <w:tc>
          <w:tcPr>
            <w:tcW w:type="dxa" w:w="1440"/>
          </w:tcPr>
          <w:p>
            <w:r>
              <w:t>Adjudicación</w:t>
            </w:r>
          </w:p>
        </w:tc>
        <w:tc>
          <w:tcPr>
            <w:tcW w:type="dxa" w:w="1440"/>
          </w:tcPr>
          <w:p>
            <w:r>
              <w:t>Ejecución</w:t>
            </w:r>
          </w:p>
        </w:tc>
        <w:tc>
          <w:tcPr>
            <w:tcW w:type="dxa" w:w="1440"/>
          </w:tcPr>
          <w:p>
            <w:r>
              <w:t>Importe ejecutado</w:t>
            </w:r>
          </w:p>
        </w:tc>
      </w:tr>
      <w:tr>
        <w:tc>
          <w:tcPr>
            <w:tcW w:type="dxa" w:w="1440"/>
          </w:tcPr>
          <w:p>
            <w:r>
              <w:t>Servicio de Ayuda a domicilio · exp. 2026SCON0003</w:t>
            </w:r>
          </w:p>
        </w:tc>
        <w:tc>
          <w:tcPr>
            <w:tcW w:type="dxa" w:w="1440"/>
          </w:tcPr>
          <w:p>
            <w:r>
              <w:t>Ayuntamiento de Ordizia-Alcaldía</w:t>
            </w:r>
          </w:p>
        </w:tc>
        <w:tc>
          <w:tcPr>
            <w:tcW w:type="dxa" w:w="1440"/>
          </w:tcPr>
          <w:p>
            <w:r>
              <w:t>975.464,00 €</w:t>
            </w:r>
          </w:p>
        </w:tc>
        <w:tc>
          <w:tcPr>
            <w:tcW w:type="dxa" w:w="1440"/>
          </w:tcPr>
          <w:p>
            <w:r/>
          </w:p>
        </w:tc>
        <w:tc>
          <w:tcPr>
            <w:tcW w:type="dxa" w:w="1440"/>
          </w:tcPr>
          <w:p>
            <w:r>
              <w:t>23/10/2026 – en curso</w:t>
            </w:r>
          </w:p>
        </w:tc>
        <w:tc>
          <w:tcPr>
            <w:tcW w:type="dxa" w:w="1440"/>
          </w:tcPr>
          <w:p>
            <w:r>
              <w:rPr>
                <w:highlight w:val="yellow"/>
              </w:rPr>
              <w:t>rellenar</w:t>
            </w:r>
          </w:p>
        </w:tc>
      </w:tr>
      <w:tr>
        <w:tc>
          <w:tcPr>
            <w:tcW w:type="dxa" w:w="1440"/>
          </w:tcPr>
          <w:p>
            <w:r>
              <w:t>Servicio del centro de dia para personas mayores en situación de dependencia de Ordizia · exp. 2026SCON0002</w:t>
            </w:r>
          </w:p>
        </w:tc>
        <w:tc>
          <w:tcPr>
            <w:tcW w:type="dxa" w:w="1440"/>
          </w:tcPr>
          <w:p>
            <w:r>
              <w:t>Ayuntamiento de Ordizia-Alcaldía</w:t>
            </w:r>
          </w:p>
        </w:tc>
        <w:tc>
          <w:tcPr>
            <w:tcW w:type="dxa" w:w="1440"/>
          </w:tcPr>
          <w:p>
            <w:r>
              <w:t>532.571,40 €</w:t>
            </w:r>
          </w:p>
        </w:tc>
        <w:tc>
          <w:tcPr>
            <w:tcW w:type="dxa" w:w="1440"/>
          </w:tcPr>
          <w:p>
            <w:r/>
          </w:p>
        </w:tc>
        <w:tc>
          <w:tcPr>
            <w:tcW w:type="dxa" w:w="1440"/>
          </w:tcPr>
          <w:p>
            <w:r>
              <w:t>15/07/2026 – en curso</w:t>
            </w:r>
          </w:p>
        </w:tc>
        <w:tc>
          <w:tcPr>
            <w:tcW w:type="dxa" w:w="1440"/>
          </w:tcPr>
          <w:p>
            <w:r>
              <w:rPr>
                <w:highlight w:val="yellow"/>
              </w:rPr>
              <w:t>rellenar</w:t>
            </w:r>
          </w:p>
        </w:tc>
      </w:tr>
      <w:tr>
        <w:tc>
          <w:tcPr>
            <w:tcW w:type="dxa" w:w="1440"/>
          </w:tcPr>
          <w:p>
            <w:r>
              <w:t>Servicio de ayuda a domicilio de Tolosa · exp. 2024SABI0002</w:t>
            </w:r>
          </w:p>
        </w:tc>
        <w:tc>
          <w:tcPr>
            <w:tcW w:type="dxa" w:w="1440"/>
          </w:tcPr>
          <w:p>
            <w:r>
              <w:t>Ayuntamiento de Tolosa-Pleno Municipal</w:t>
            </w:r>
          </w:p>
        </w:tc>
        <w:tc>
          <w:tcPr>
            <w:tcW w:type="dxa" w:w="1440"/>
          </w:tcPr>
          <w:p>
            <w:r>
              <w:t>29,03 €</w:t>
            </w:r>
          </w:p>
        </w:tc>
        <w:tc>
          <w:tcPr>
            <w:tcW w:type="dxa" w:w="1440"/>
          </w:tcPr>
          <w:p>
            <w:r/>
          </w:p>
        </w:tc>
        <w:tc>
          <w:tcPr>
            <w:tcW w:type="dxa" w:w="1440"/>
          </w:tcPr>
          <w:p>
            <w:r>
              <w:t>15/01/2025 – en curso</w:t>
            </w:r>
          </w:p>
        </w:tc>
        <w:tc>
          <w:tcPr>
            <w:tcW w:type="dxa" w:w="1440"/>
          </w:tcPr>
          <w:p>
            <w:r>
              <w:rPr>
                <w:highlight w:val="yellow"/>
              </w:rPr>
              <w:t>rellenar</w:t>
            </w:r>
          </w:p>
        </w:tc>
      </w:tr>
      <w:tr>
        <w:tc>
          <w:tcPr>
            <w:tcW w:type="dxa" w:w="1440"/>
          </w:tcPr>
          <w:p>
            <w:r>
              <w:t>Contratación del servicio del centro de día para personas mayores en situación de dependencia de Ordizia · exp. 2024SCON0002</w:t>
            </w:r>
          </w:p>
        </w:tc>
        <w:tc>
          <w:tcPr>
            <w:tcW w:type="dxa" w:w="1440"/>
          </w:tcPr>
          <w:p>
            <w:r>
              <w:t>Alcaldía</w:t>
            </w:r>
          </w:p>
        </w:tc>
        <w:tc>
          <w:tcPr>
            <w:tcW w:type="dxa" w:w="1440"/>
          </w:tcPr>
          <w:p>
            <w:r>
              <w:t>478.530,00 €</w:t>
            </w:r>
          </w:p>
        </w:tc>
        <w:tc>
          <w:tcPr>
            <w:tcW w:type="dxa" w:w="1440"/>
          </w:tcPr>
          <w:p>
            <w:r/>
          </w:p>
        </w:tc>
        <w:tc>
          <w:tcPr>
            <w:tcW w:type="dxa" w:w="1440"/>
          </w:tcPr>
          <w:p>
            <w:r>
              <w:t>18/06/2024 – 18/06/2025</w:t>
            </w:r>
          </w:p>
        </w:tc>
        <w:tc>
          <w:tcPr>
            <w:tcW w:type="dxa" w:w="1440"/>
          </w:tcPr>
          <w:p>
            <w:r>
              <w:rPr>
                <w:highlight w:val="yellow"/>
              </w:rPr>
              <w:t>rellenar</w:t>
            </w:r>
          </w:p>
        </w:tc>
      </w:tr>
    </w:tbl>
    <w:p/>
    <w:p>
      <w:r>
        <w:rPr>
          <w:b/>
        </w:rPr>
        <w:t>Importe adjudicado en el periodo: 1.986.594,43 € sin IVA, en 4 contratos.</w:t>
      </w:r>
    </w:p>
    <w:p>
      <w:r>
        <w:t>Los importes son los de adjudicación publicados por cada órgano en la Plataforma de Contratación del Sector Público. El importe ejecutado y la buena ejecución los acredita el certificado de cada órgano: detrás va la petición de cada uno.</w:t>
      </w:r>
    </w:p>
    <w:p>
      <w:r>
        <w:br w:type="page"/>
      </w:r>
    </w:p>
    <w:p>
      <w:pPr>
        <w:pStyle w:val="Heading1"/>
      </w:pPr>
      <w:r>
        <w:t>Solicitud de certificado de buena ejecución</w:t>
      </w:r>
    </w:p>
    <w:p>
      <w:r>
        <w:t>A: Ayuntamiento de Ordizia-Alcaldía</w:t>
      </w:r>
    </w:p>
    <w:p>
      <w:r>
        <w:t xml:space="preserve">MATIA GOXARA, S.L., con NIF B20737300, adjudicataria del contrato «Servicio de Ayuda a domicilio», expediente 2026SCON0003, adjudicado el …… por 975.464,00 €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23/10/2026 a 23/10/2028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Ordizia-Alcaldía</w:t>
      </w:r>
    </w:p>
    <w:p>
      <w:r>
        <w:t xml:space="preserve">MATIA GOXARA, S.L., con NIF B20737300, adjudicataria del contrato «Servicio del centro de dia para personas mayores en situación de dependencia de Ordizia», expediente 2026SCON0002, adjudicado el …… por 532.571,40 €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15/07/2026 a 15/07/2027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Ayuntamiento de Tolosa-Pleno Municipal</w:t>
      </w:r>
    </w:p>
    <w:p>
      <w:r>
        <w:t xml:space="preserve">MATIA GOXARA, S.L., con NIF B20737300, adjudicataria del contrato «Servicio de ayuda a domicilio de Tolosa», expediente 2024SABI0002, adjudicado el …… por 29,03 €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15/01/2025 a 15/01/2028 (en curso: se pide el certificado de lo ejecutado hasta la fecha)</w:t>
      </w:r>
    </w:p>
    <w:p>
      <w:r>
        <w:rPr>
          <w:highlight w:val="yellow"/>
        </w:rPr>
        <w:t>En …………………, a …… de …………………… de 20……</w:t>
      </w:r>
    </w:p>
    <w:p>
      <w:r>
        <w:rPr>
          <w:highlight w:val="yellow"/>
        </w:rPr>
        <w:t>Firma y nombre de quien representa a la empresa</w:t>
      </w:r>
    </w:p>
    <w:p>
      <w:r>
        <w:br w:type="page"/>
      </w:r>
    </w:p>
    <w:p>
      <w:pPr>
        <w:pStyle w:val="Heading1"/>
      </w:pPr>
      <w:r>
        <w:t>Solicitud de certificado de buena ejecución</w:t>
      </w:r>
    </w:p>
    <w:p>
      <w:r>
        <w:t>A: Alcaldía</w:t>
      </w:r>
    </w:p>
    <w:p>
      <w:r>
        <w:t xml:space="preserve">MATIA GOXARA, S.L., con NIF B20737300, adjudicataria del contrato «Contratación del servicio del centro de día para personas mayores en situación de dependencia de Ordizia», expediente 2024SCON0002, adjudicado el …… por 478.530,00 € sin IVA, </w:t>
      </w:r>
      <w:r>
        <w:t>SOLICITA que se expida certificado de buena ejecución del contrato en el que conste su objeto, su importe, las fechas y el lugar de ejecución y si se llevó a cabo normalmente y a buen término, a efectos de acreditar su solvencia técnica en otros procedimientos de contratación.</w:t>
      </w:r>
    </w:p>
    <w:p>
      <w:r>
        <w:t xml:space="preserve">Periodo de ejecución: </w:t>
      </w:r>
      <w:r>
        <w:t>18/06/2024 a 18/06/2025</w:t>
      </w:r>
    </w:p>
    <w:p>
      <w:r>
        <w:rPr>
          <w:highlight w:val="yellow"/>
        </w:rPr>
        <w:t>En …………………, a …… de …………………… de 20……</w:t>
      </w:r>
    </w:p>
    <w:p>
      <w:r>
        <w:rPr>
          <w:highlight w:val="yellow"/>
        </w:rPr>
        <w:t>Firma y nombre de quien representa a la empresa</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AIM PAPYR</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cp:lastModifiedBy/>
  <cp:revision>1</cp:revision>
  <dcterms:created xsi:type="dcterms:W3CDTF">2013-12-23T23:15:00Z</dcterms:created>
  <dcterms:modified xsi:type="dcterms:W3CDTF">2013-12-23T23:15:00Z</dcterms:modified>
  <cp:category/>
</cp:coreProperties>
</file>