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MATADERO FGCO. NTRA. SRA. DEL CARMEN S.L.</w:t>
      </w:r>
    </w:p>
    <w:p>
      <w:r>
        <w:t>NIF B41765892.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carne y derivados para la B.A. Morón. (lote 1) · exp. 2026/EA24/00000450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16.363,63 €</w:t>
            </w:r>
          </w:p>
        </w:tc>
        <w:tc>
          <w:tcPr>
            <w:tcW w:type="dxa" w:w="1440"/>
          </w:tcPr>
          <w:p>
            <w:r>
              <w:t>21/05/2026</w:t>
            </w:r>
          </w:p>
        </w:tc>
        <w:tc>
          <w:tcPr>
            <w:tcW w:type="dxa" w:w="1440"/>
          </w:tcPr>
          <w:p>
            <w:r>
              <w:t>01/06/2026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carne y derivados para la B.A. Morón. (lote 1) · exp. 2025/EA24/00000751E</w:t>
            </w:r>
          </w:p>
        </w:tc>
        <w:tc>
          <w:tcPr>
            <w:tcW w:type="dxa" w:w="1440"/>
          </w:tcPr>
          <w:p>
            <w:r>
              <w:t>Jefatura de la Sección Económico Administrativa 24 de la Base Aérea de Morón · NIF S4122001C</w:t>
            </w:r>
          </w:p>
        </w:tc>
        <w:tc>
          <w:tcPr>
            <w:tcW w:type="dxa" w:w="1440"/>
          </w:tcPr>
          <w:p>
            <w:r>
              <w:t>31.818,18 €</w:t>
            </w:r>
          </w:p>
        </w:tc>
        <w:tc>
          <w:tcPr>
            <w:tcW w:type="dxa" w:w="1440"/>
          </w:tcPr>
          <w:p>
            <w:r>
              <w:t>08/07/2025</w:t>
            </w:r>
          </w:p>
        </w:tc>
        <w:tc>
          <w:tcPr>
            <w:tcW w:type="dxa" w:w="1440"/>
          </w:tcPr>
          <w:p>
            <w:r>
              <w:t>01/07/2025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48.181,81 €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MATADERO FGCO. NTRA. SRA. DEL CARMEN S.L., con NIF B41765892, adjudicataria del contrato «Suministro de carne y derivados para la B.A. Morón.», lote 1, expediente 2026/EA24/00000450, adjudicado el 21/05/2026 por 16.363,63 €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01/06/2026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24 de la Base Aérea de Morón (NIF S4122001C)</w:t>
      </w:r>
    </w:p>
    <w:p>
      <w:r>
        <w:t xml:space="preserve">MATADERO FGCO. NTRA. SRA. DEL CARMEN S.L., con NIF B41765892, adjudicataria del contrato «Suministro de carne y derivados para la B.A. Morón.», lote 1, expediente 2025/EA24/00000751E, adjudicado el 08/07/2025 por 31.818,18 €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