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MAQUINARIA Y REPUESTOS INDUSTRIAS NUÑEZ, S.L.</w:t>
      </w:r>
    </w:p>
    <w:p>
      <w:r>
        <w:t>NIF B40234403.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