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MANTENIMIENTOS LICOE, SL</w:t>
      </w:r>
    </w:p>
    <w:p>
      <w:r>
        <w:t>NIF B91125047.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