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MAGAIZ SA</w:t>
      </w:r>
    </w:p>
    <w:p>
      <w:r>
        <w:t>NIF A50059856.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mantenimiento de puertas automáticas, brazos automáticos y elevadores del sector de Calatayud. (lote 1) · exp. SAS_CAL_2027_5</w:t>
            </w:r>
          </w:p>
        </w:tc>
        <w:tc>
          <w:tcPr>
            <w:tcW w:type="dxa" w:w="1440"/>
          </w:tcPr>
          <w:p>
            <w:r>
              <w:t>Gerencia Sector Sanitario de Calatayud · NIF Q5000442C</w:t>
            </w:r>
          </w:p>
        </w:tc>
        <w:tc>
          <w:tcPr>
            <w:tcW w:type="dxa" w:w="1440"/>
          </w:tcPr>
          <w:p>
            <w:r>
              <w:t>12.990,79 €</w:t>
            </w:r>
          </w:p>
        </w:tc>
        <w:tc>
          <w:tcPr>
            <w:tcW w:type="dxa" w:w="1440"/>
          </w:tcPr>
          <w:p>
            <w:r>
              <w:t>07/05/2026</w:t>
            </w:r>
          </w:p>
        </w:tc>
        <w:tc>
          <w:tcPr>
            <w:tcW w:type="dxa" w:w="1440"/>
          </w:tcPr>
          <w:p>
            <w:r>
              <w:t>01/01/2027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PA Mantenimiento de elementos auxiliares del Hospital General de la Defensa en Zaragoza (HGDZ) - 12 Lotes (lote 10) · exp. 2025/SP01410010/00000364E</w:t>
            </w:r>
          </w:p>
        </w:tc>
        <w:tc>
          <w:tcPr>
            <w:tcW w:type="dxa" w:w="1440"/>
          </w:tcPr>
          <w:p>
            <w:r>
              <w:t>Inspección General de Sanidad de la Defensa · NIF S2800086G</w:t>
            </w:r>
          </w:p>
        </w:tc>
        <w:tc>
          <w:tcPr>
            <w:tcW w:type="dxa" w:w="1440"/>
          </w:tcPr>
          <w:p>
            <w:r>
              <w:t>10.538,00 €</w:t>
            </w:r>
          </w:p>
        </w:tc>
        <w:tc>
          <w:tcPr>
            <w:tcW w:type="dxa" w:w="1440"/>
          </w:tcPr>
          <w:p>
            <w:r>
              <w:t>01/12/2025</w:t>
            </w:r>
          </w:p>
        </w:tc>
        <w:tc>
          <w:tcPr>
            <w:tcW w:type="dxa" w:w="1440"/>
          </w:tcPr>
          <w:p>
            <w:r>
              <w:t>08/01/2026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Mantenimiento puertas automáticas · exp. SAS_Z3_2024_PA_052</w:t>
            </w:r>
          </w:p>
        </w:tc>
        <w:tc>
          <w:tcPr>
            <w:tcW w:type="dxa" w:w="1440"/>
          </w:tcPr>
          <w:p>
            <w:r>
              <w:t>Gerencia Sector Sanitario de Zaragoza 3 · NIF Q5000442C</w:t>
            </w:r>
          </w:p>
        </w:tc>
        <w:tc>
          <w:tcPr>
            <w:tcW w:type="dxa" w:w="1440"/>
          </w:tcPr>
          <w:p>
            <w:r>
              <w:t>23.030,00 €</w:t>
            </w:r>
          </w:p>
        </w:tc>
        <w:tc>
          <w:tcPr>
            <w:tcW w:type="dxa" w:w="1440"/>
          </w:tcPr>
          <w:p>
            <w:r>
              <w:t>01/12/2023</w:t>
            </w:r>
          </w:p>
        </w:tc>
        <w:tc>
          <w:tcPr>
            <w:tcW w:type="dxa" w:w="1440"/>
          </w:tcPr>
          <w:p>
            <w:r>
              <w:t>01/01/2024 – 01/01/2026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46.558,79 €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Sector Sanitario de Calatayud (NIF Q5000442C)</w:t>
      </w:r>
    </w:p>
    <w:p>
      <w:r>
        <w:t xml:space="preserve">MAGAIZ SA, con NIF A50059856, adjudicataria del contrato «Servicio de mantenimiento de puertas automáticas, brazos automáticos y elevadores del sector de Calatayud.», lote 1, expediente SAS_CAL_2027_5, adjudicado el 07/05/2026 por 12.990,79 €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01/01/2027 a 01/01/2029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Inspección General de Sanidad de la Defensa (NIF S2800086G)</w:t>
      </w:r>
    </w:p>
    <w:p>
      <w:r>
        <w:t xml:space="preserve">MAGAIZ SA, con NIF A50059856, adjudicataria del contrato «PA Mantenimiento de elementos auxiliares del Hospital General de la Defensa en Zaragoza (HGDZ) - 12 Lotes», lote 10, expediente 2025/SP01410010/00000364E, adjudicado el 01/12/2025 por 10.538,00 €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08/01/2026 a 30/11/2026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Sector Sanitario de Zaragoza 3 (NIF Q5000442C)</w:t>
      </w:r>
    </w:p>
    <w:p>
      <w:r>
        <w:t xml:space="preserve">MAGAIZ SA, con NIF A50059856, adjudicataria del contrato «Mantenimiento puertas automáticas», expediente SAS_Z3_2024_PA_052, adjudicado el 01/12/2023 por 23.030,00 €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01/01/2024 a 01/01/2026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