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DERAS NAVALACEDRA SDAD. COOP. AND.</w:t>
      </w:r>
    </w:p>
    <w:p>
      <w:r>
        <w:t>NIF F2306801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