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LYP TELECOMUNICACIONES S.L.</w:t>
      </w:r>
    </w:p>
    <w:p>
      <w:r>
        <w:t>NIF B56609522.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