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LYP TELECOMUNICACIONES S.L.</w:t>
      </w:r>
    </w:p>
    <w:p>
      <w:r>
        <w:t>NIF B56609522.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 de equipamiento informático, instalación de cableado de datos, instalación eléctrica y el suministro e instalación del mobiliario necesario para la creación del aula informatizada en Pozoblanco, destinada a la realización de exámenes teóricos de la Dirección General de Tráfico (DGT). (lote 2) · exp. 2026/009</w:t>
            </w:r>
          </w:p>
        </w:tc>
        <w:tc>
          <w:tcPr>
            <w:tcW w:type="dxa" w:w="1440"/>
          </w:tcPr>
          <w:p>
            <w:r>
              <w:t>Ayuntamiento de Pozoblanco · NIF P1405400A</w:t>
            </w:r>
          </w:p>
        </w:tc>
        <w:tc>
          <w:tcPr>
            <w:tcW w:type="dxa" w:w="1440"/>
          </w:tcPr>
          <w:p>
            <w:r>
              <w:t>7.650,00 €</w:t>
            </w:r>
          </w:p>
        </w:tc>
        <w:tc>
          <w:tcPr>
            <w:tcW w:type="dxa" w:w="1440"/>
          </w:tcPr>
          <w:p>
            <w:r>
              <w:t>08/06/2026</w:t>
            </w:r>
          </w:p>
        </w:tc>
        <w:tc>
          <w:tcPr>
            <w:tcW w:type="dxa" w:w="1440"/>
          </w:tcPr>
          <w:p>
            <w:r>
              <w:t>09/06/2026 – 19/07/2026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7.650,00 €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Pozoblanco (NIF P1405400A)</w:t>
      </w:r>
    </w:p>
    <w:p>
      <w:r>
        <w:t xml:space="preserve">LYP TELECOMUNICACIONES S.L., con NIF B56609522, adjudicataria del contrato «Suministro  de equipamiento informático, instalación de cableado de datos, instalación eléctrica y el suministro e instalación del mobiliario necesario para la creación del aula informatizada en Pozoblanco, destinada a la realización de exámenes teóricos de la Dirección General de Tráfico (DGT).», lote 2, expediente 2026/009, adjudicado el 08/06/2026 por 7.650,00 €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09/06/2026 a 19/07/2026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