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LOZANO GONZALEZ MATEO ARQUITECTURA , S.L.P.</w:t>
      </w:r>
    </w:p>
    <w:p>
      <w:r>
        <w:t>NIF B44990190.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Contrato de servicios de dirección de obra, dirección de ejecución de obra y coordinación de seguridad y salud de cuatro colegios dentro de plan de acción frente al cambio climático en los centros públicos educativos en el marco del programa FEDER Castilla-La Mancha 2021-2027. Expte 153/2025 (lote 4) · exp. 1526931N</w:t>
            </w:r>
          </w:p>
        </w:tc>
        <w:tc>
          <w:tcPr>
            <w:tcW w:type="dxa" w:w="1440"/>
          </w:tcPr>
          <w:p>
            <w:r>
              <w:t>Ayuntamiento de Albacete · NIF P0200300B</w:t>
            </w:r>
          </w:p>
        </w:tc>
        <w:tc>
          <w:tcPr>
            <w:tcW w:type="dxa" w:w="1440"/>
          </w:tcPr>
          <w:p>
            <w:r>
              <w:t>9.700,00 €</w:t>
            </w:r>
          </w:p>
        </w:tc>
        <w:tc>
          <w:tcPr>
            <w:tcW w:type="dxa" w:w="1440"/>
          </w:tcPr>
          <w:p>
            <w:r>
              <w:t>19/06/2026</w:t>
            </w:r>
          </w:p>
        </w:tc>
        <w:tc>
          <w:tcPr>
            <w:tcW w:type="dxa" w:w="1440"/>
          </w:tcPr>
          <w:p>
            <w:r>
              <w:t>19/07/2026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Redacción Proyecto Obras de rehabilitación con mejora de la eficiencia energética y de la accesibilidad en el IES Alfonso Escámez de Águilas. · exp. 15080/2025</w:t>
            </w:r>
          </w:p>
        </w:tc>
        <w:tc>
          <w:tcPr>
            <w:tcW w:type="dxa" w:w="1440"/>
          </w:tcPr>
          <w:p>
            <w:r>
              <w:t>Consejería de Educación y Formación Profesional de la Región de Murcia · NIF S3011001I</w:t>
            </w:r>
          </w:p>
        </w:tc>
        <w:tc>
          <w:tcPr>
            <w:tcW w:type="dxa" w:w="1440"/>
          </w:tcPr>
          <w:p>
            <w:r>
              <w:t>90.000,00 €</w:t>
            </w:r>
          </w:p>
        </w:tc>
        <w:tc>
          <w:tcPr>
            <w:tcW w:type="dxa" w:w="1440"/>
          </w:tcPr>
          <w:p>
            <w:r>
              <w:t>29/05/2026</w:t>
            </w:r>
          </w:p>
        </w:tc>
        <w:tc>
          <w:tcPr>
            <w:tcW w:type="dxa" w:w="1440"/>
          </w:tcPr>
          <w:p>
            <w:r>
              <w:t>29/06/2026 – 29/09/2026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Redacción Proyecto Obras de rehabilitación con mejora de eficiencia energética en el IES  El Bohío de Los Dolores (Cartagena) · exp. 15092/2025</w:t>
            </w:r>
          </w:p>
        </w:tc>
        <w:tc>
          <w:tcPr>
            <w:tcW w:type="dxa" w:w="1440"/>
          </w:tcPr>
          <w:p>
            <w:r>
              <w:t>Consejería de Educación y Formación Profesional de la Región de Murcia · NIF S3011001I</w:t>
            </w:r>
          </w:p>
        </w:tc>
        <w:tc>
          <w:tcPr>
            <w:tcW w:type="dxa" w:w="1440"/>
          </w:tcPr>
          <w:p>
            <w:r>
              <w:t>65.000,00 €</w:t>
            </w:r>
          </w:p>
        </w:tc>
        <w:tc>
          <w:tcPr>
            <w:tcW w:type="dxa" w:w="1440"/>
          </w:tcPr>
          <w:p>
            <w:r>
              <w:t>29/05/2025</w:t>
            </w:r>
          </w:p>
        </w:tc>
        <w:tc>
          <w:tcPr>
            <w:tcW w:type="dxa" w:w="1440"/>
          </w:tcPr>
          <w:p>
            <w:r>
              <w:t>30/06/2026 – 30/09/2026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164.700,00 €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Albacete (NIF P0200300B)</w:t>
      </w:r>
    </w:p>
    <w:p>
      <w:r>
        <w:t xml:space="preserve">LOZANO GONZALEZ MATEO ARQUITECTURA , S.L.P., con NIF B44990190, adjudicataria del contrato «Contrato de servicios de dirección de obra, dirección de ejecución de obra y coordinación de seguridad y salud de cuatro colegios dentro de plan de acción frente al cambio climático en los centros públicos educativos en el marco del programa FEDER Castilla-La Mancha 2021-2027. Expte 153/2025», lote 4, expediente 1526931N, adjudicado el 19/06/2026 por 9.700,00 €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19/07/2026 a 19/11/2026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Educación y Formación Profesional de la Región de Murcia (NIF S3011001I)</w:t>
      </w:r>
    </w:p>
    <w:p>
      <w:r>
        <w:t xml:space="preserve">LOZANO GONZALEZ MATEO ARQUITECTURA , S.L.P., con NIF B44990190, adjudicataria del contrato «Redacción Proyecto Obras de rehabilitación con mejora de la eficiencia energética y de la accesibilidad en el IES Alfonso Escámez de Águilas.», expediente 15080/2025, adjudicado el 29/05/2026 por 90.000,00 €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29/06/2026 a 29/09/2026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Educación y Formación Profesional de la Región de Murcia (NIF S3011001I)</w:t>
      </w:r>
    </w:p>
    <w:p>
      <w:r>
        <w:t xml:space="preserve">LOZANO GONZALEZ MATEO ARQUITECTURA , S.L.P., con NIF B44990190, adjudicataria del contrato «Redacción Proyecto Obras de rehabilitación con mejora de eficiencia energética en el IES  El Bohío de Los Dolores (Cartagena)», expediente 15092/2025, adjudicado el 29/05/2025 por 65.000,00 €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30/06/2026 a 30/09/2026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