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LOS BILLARES CATERING SL</w:t>
      </w:r>
    </w:p>
    <w:p>
      <w:r>
        <w:t>NIF B14788491.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