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LINGUÓPOLIS TRADUCCIONES SOCIEDAD MICROCOOPERATIVA</w:t>
      </w:r>
    </w:p>
    <w:p>
      <w:r>
        <w:t>NIF F71319925.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1)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2)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3)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4)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5)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6)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la contratación del servicio de traducción e interpretación a distintos idiomas de informes, documentaos o publicaciones. (lote 7) · exp. 2024_DS25_001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1,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2,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3,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4,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5,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6,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LINGUÓPOLIS TRADUCCIONES SOCIEDAD MICROCOOPERATIVA, con NIF F71319925, adjudicataria del contrato «Sistema Dinámico de Compra para la contratación del servicio de traducción e interpretación a distintos idiomas de informes, documentaos o publicaciones.», lote 7, expediente 2024_DS25_001,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17/11/2025 a 19/05/2029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