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CONELZA S.L.</w:t>
      </w:r>
    </w:p>
    <w:p>
      <w:r>
        <w:t>NIF B99437501.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