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LAVAMAR LAVANDERIA INDUSTRIAL S.L</w:t>
      </w:r>
    </w:p>
    <w:p>
      <w:r>
        <w:t>NIF B36842227.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