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LAVAMAR LAVANDERIA INDUSTRIAL S.L</w:t>
      </w:r>
    </w:p>
    <w:p>
      <w:r>
        <w:t>NIF B36842227.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 servizo de limpeza da roupa dos traballadores municipais adscritos os servizos do parque móbil, taller de vías e obras, parque central e servizo de electromecánicos. · exp. 3075-448</w:t>
            </w:r>
          </w:p>
        </w:tc>
        <w:tc>
          <w:tcPr>
            <w:tcW w:type="dxa" w:w="1440"/>
          </w:tcPr>
          <w:p>
            <w:r>
              <w:t>Ayuntamiento de Vigo · NIF P3605700H</w:t>
            </w:r>
          </w:p>
        </w:tc>
        <w:tc>
          <w:tcPr>
            <w:tcW w:type="dxa" w:w="1440"/>
          </w:tcPr>
          <w:p>
            <w:r>
              <w:t>68.404,46 €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07/12/2025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CPS-2026-0008: Servicio de lavandería de ropa plana en el Complejo Residencial de Atención a Personas dependientes (CRAPD) y el Centro de Atención a Personas con discapacidades (CAPD). (lote 1) · exp. PcPG/2025/826698</w:t>
            </w:r>
          </w:p>
        </w:tc>
        <w:tc>
          <w:tcPr>
            <w:tcW w:type="dxa" w:w="1440"/>
          </w:tcPr>
          <w:p>
            <w:r>
              <w:t>Consellería de Política Social e Igualdade</w:t>
            </w:r>
          </w:p>
        </w:tc>
        <w:tc>
          <w:tcPr>
            <w:tcW w:type="dxa" w:w="1440"/>
          </w:tcPr>
          <w:p>
            <w:r>
              <w:t>627.472,00 €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695.876,46 €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Vigo (NIF P3605700H)</w:t>
      </w:r>
    </w:p>
    <w:p>
      <w:r>
        <w:t xml:space="preserve">LAVAMAR LAVANDERIA INDUSTRIAL S.L, con NIF B36842227, adjudicataria del contrato «O servizo de limpeza da roupa dos traballadores municipais adscritos os servizos do parque móbil, taller de vías e obras, parque central e servizo de electromecánicos.», expediente 3075-448, adjudicado el 07/11/2025 por 68.404,46 €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07/12/2025 a 07/12/2027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Política Social e Igualdade</w:t>
      </w:r>
    </w:p>
    <w:p>
      <w:r>
        <w:t xml:space="preserve">LAVAMAR LAVANDERIA INDUSTRIAL S.L, con NIF B36842227, adjudicataria del contrato «CPS-2026-0008: Servicio de lavandería de ropa plana en el Complejo Residencial de Atención a Personas dependientes (CRAPD) y el Centro de Atención a Personas con discapacidades (CAPD).», lote 1, expediente PcPG/2025/826698, adjudicado el …… por 627.472,00 €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09/02/2026 a 09/08/2028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