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 TARTANA COSTA DAURADA S.L</w:t>
      </w:r>
    </w:p>
    <w:p>
      <w:r>
        <w:t>NIF B55560320.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Contracte d’obres del projecte enderroc i formació d’acabats de coberta inclinada a dues aigües al magatzem de la brigada de Deltebre com a conseqüència de la DANA de 2024. · exp. 4390180001-2025-0011627</w:t>
            </w:r>
          </w:p>
        </w:tc>
        <w:tc>
          <w:tcPr>
            <w:tcW w:type="dxa" w:w="1440"/>
          </w:tcPr>
          <w:p>
            <w:r>
              <w:t>Ajuntament de Deltebre</w:t>
            </w:r>
          </w:p>
        </w:tc>
        <w:tc>
          <w:tcPr>
            <w:tcW w:type="dxa" w:w="1440"/>
          </w:tcPr>
          <w:p>
            <w:r>
              <w:t>118.368,54 €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16/04/2026 – 16/10/2026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Obres compreses en el projecte per a l’adequació del local municipal ubicat al carrer Reial núm. 9 de Tarragona · exp. 821.25 G626</w:t>
            </w:r>
          </w:p>
        </w:tc>
        <w:tc>
          <w:tcPr>
            <w:tcW w:type="dxa" w:w="1440"/>
          </w:tcPr>
          <w:p>
            <w:r>
              <w:t>Ajuntament de Tarragona</w:t>
            </w:r>
          </w:p>
        </w:tc>
        <w:tc>
          <w:tcPr>
            <w:tcW w:type="dxa" w:w="1440"/>
          </w:tcPr>
          <w:p>
            <w:r>
              <w:t>149.102,00 €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18/03/2026 – 18/09/2026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Execució de les obres incloses en el "Projecte d'enderroc, i desamiantat d'edifici industrial (antiga cooperativa) de Roda de Berà i posterior condicionament de la finca com a zona d'estacionament dissuasiu. (lote 2) · exp. 4676/2025</w:t>
            </w:r>
          </w:p>
        </w:tc>
        <w:tc>
          <w:tcPr>
            <w:tcW w:type="dxa" w:w="1440"/>
          </w:tcPr>
          <w:p>
            <w:r>
              <w:t>Ajuntament de Roda de Berà</w:t>
            </w:r>
          </w:p>
        </w:tc>
        <w:tc>
          <w:tcPr>
            <w:tcW w:type="dxa" w:w="1440"/>
          </w:tcPr>
          <w:p>
            <w:r>
              <w:t>23.446,97 €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13/11/2025 – 13/02/2026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El present contracte d'obres públiques té per objecte l’execució dels següents projectes:</w:t>
              <w:br/>
              <w:t xml:space="preserve"> - «Projecte bàsic i executiu per l'adequació de la sala polivalent del Centre Cívic Ponent» aprovat per Decret de la Regidora delegada de l'Àrea d'Urbanisme i Habitatge, en data 28 de maig de 2024.</w:t>
              <w:br/>
              <w:t xml:space="preserve"> - «Projecte bàsic i executiu de substitució de la coberta de fibrociment del Centre Cívic Ponent» aprovat inicialment per Decret de la Regidora delegada de l'Àrea d'Urbanisme i Habitatge, en data 19 de novembre de 2024 i esdevingut aprovat amb caràcter definitiu en data 17 de gener de 2025. (lote 2) · exp. CONOBR-0044/2025</w:t>
            </w:r>
          </w:p>
        </w:tc>
        <w:tc>
          <w:tcPr>
            <w:tcW w:type="dxa" w:w="1440"/>
          </w:tcPr>
          <w:p>
            <w:r>
              <w:t>Ajuntament de Reus</w:t>
            </w:r>
          </w:p>
        </w:tc>
        <w:tc>
          <w:tcPr>
            <w:tcW w:type="dxa" w:w="1440"/>
          </w:tcPr>
          <w:p>
            <w:r>
              <w:t>102.000,00 €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09/06/2025 – 09/09/2025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392.917,51 €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Deltebre</w:t>
      </w:r>
    </w:p>
    <w:p>
      <w:r>
        <w:t xml:space="preserve">LA TARTANA COSTA DAURADA S.L, con NIF B55560320, adjudicataria del contrato «Contracte d’obres del projecte enderroc i formació d’acabats de coberta inclinada a dues aigües al magatzem de la brigada de Deltebre com a conseqüència de la DANA de 2024.», expediente 4390180001-2025-0011627, adjudicado el …… por 118.368,54 €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16/04/2026 a 16/10/2026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Tarragona</w:t>
      </w:r>
    </w:p>
    <w:p>
      <w:r>
        <w:t xml:space="preserve">LA TARTANA COSTA DAURADA S.L, con NIF B55560320, adjudicataria del contrato «Obres compreses en el projecte per a l’adequació del local municipal ubicat al carrer Reial núm. 9 de Tarragona», expediente 821.25 G626, adjudicado el …… por 149.102,00 €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18/03/2026 a 18/09/2026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Roda de Berà</w:t>
      </w:r>
    </w:p>
    <w:p>
      <w:r>
        <w:t xml:space="preserve">LA TARTANA COSTA DAURADA S.L, con NIF B55560320, adjudicataria del contrato «Execució de les obres incloses en el "Projecte d'enderroc, i desamiantat d'edifici industrial (antiga cooperativa) de Roda de Berà i posterior condicionament de la finca com a zona d'estacionament dissuasiu.», lote 2, expediente 4676/2025, adjudicado el …… por 23.446,97 €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13/11/2025 a 13/02/2026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Reus</w:t>
      </w:r>
    </w:p>
    <w:p>
      <w:r>
        <w:t>LA TARTANA COSTA DAURADA S.L, con NIF B55560320, adjudicataria del contrato «El present contracte d'obres públiques té per objecte l’execució dels següents projectes:</w:t>
        <w:br/>
        <w:t xml:space="preserve"> - «Projecte bàsic i executiu per l'adequació de la sala polivalent del Centre Cívic Ponent» aprovat per Decret de la Regidora delegada de l'Àrea d'Urbanisme i Habitatge, en data 28 de maig de 2024.</w:t>
        <w:br/>
        <w:t xml:space="preserve"> - «Projecte bàsic i executiu de substitució de la coberta de fibrociment del Centre Cívic Ponent» aprovat inicialment per Decret de la Regidora delegada de l'Àrea d'Urbanisme i Habitatge, en data 19 de novembre de 2024 i esdevingut aprovat amb caràcter definitiu en data 17 de gener de 2025.», lote 2, expediente CONOBR-0044/2025, adjudicado el …… por 102.000,00 €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09/06/2025 a 09/09/2025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