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 CUINETA D'OLOT, S.L.U.</w:t>
      </w:r>
    </w:p>
    <w:p>
      <w:r>
        <w:t>NIF B17558669.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 d'àpats del menjador social del Consorci d'Acció Social de la Garrotxa · exp. B103/2026/1</w:t>
            </w:r>
          </w:p>
        </w:tc>
        <w:tc>
          <w:tcPr>
            <w:tcW w:type="dxa" w:w="1440"/>
          </w:tcPr>
          <w:p>
            <w:r>
              <w:t>Consorci d'Acció Social de la Garrotxa</w:t>
            </w:r>
          </w:p>
        </w:tc>
        <w:tc>
          <w:tcPr>
            <w:tcW w:type="dxa" w:w="1440"/>
          </w:tcPr>
          <w:p>
            <w:r>
              <w:t>52.028,85 €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Constitueix l’objecte d’aquest contracte la prestació del servei d’àpats pel menjador social del</w:t>
              <w:br/>
              <w:t>Consorci d’Acció Social de la Garrotxa, per a persones i famílies en situació de vulnerabilitat o</w:t>
              <w:br/>
              <w:t>amb necessitats socials. Les prestacions a contractar serà el servei dels àpats del migdia pel</w:t>
              <w:br/>
              <w:t>menjador social del Consorci d’Acció Social de la Garrotxa situat a l’avinguda de Girona, 66</w:t>
              <w:br/>
              <w:t>d’Olot. · exp. B103/2025/02</w:t>
            </w:r>
          </w:p>
        </w:tc>
        <w:tc>
          <w:tcPr>
            <w:tcW w:type="dxa" w:w="1440"/>
          </w:tcPr>
          <w:p>
            <w:r>
              <w:t>Consorci d'Acció Social de la Garrotxa</w:t>
            </w:r>
          </w:p>
        </w:tc>
        <w:tc>
          <w:tcPr>
            <w:tcW w:type="dxa" w:w="1440"/>
          </w:tcPr>
          <w:p>
            <w:r>
              <w:t>48.183,92 €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06/02/2025 – 21/02/2026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de cuina i menjador a 8 albergs de la Xarxa Jove d'Albergs de Catalunya (Xanascat) gestionats per l'Agència Catalana de la Joventut pels anys 2025 a 2027. (lote 5) · exp. ACJ-2025-1</w:t>
            </w:r>
          </w:p>
        </w:tc>
        <w:tc>
          <w:tcPr>
            <w:tcW w:type="dxa" w:w="1440"/>
          </w:tcPr>
          <w:p>
            <w:r>
              <w:t>Agència Catalana de la Joventut</w:t>
            </w:r>
          </w:p>
        </w:tc>
        <w:tc>
          <w:tcPr>
            <w:tcW w:type="dxa" w:w="1440"/>
          </w:tcPr>
          <w:p>
            <w:r>
              <w:t>606.545,52 €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11/11/2024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de cuina i menjador a 8 albergs de la Xarxa Jove d'Albergs de Catalunya (Xanascat) gestionats per l'Agència Catalana de la Joventut pels anys 2025 a 2027. (lote 6) · exp. ACJ-2025-1</w:t>
            </w:r>
          </w:p>
        </w:tc>
        <w:tc>
          <w:tcPr>
            <w:tcW w:type="dxa" w:w="1440"/>
          </w:tcPr>
          <w:p>
            <w:r>
              <w:t>Agència Catalana de la Joventut</w:t>
            </w:r>
          </w:p>
        </w:tc>
        <w:tc>
          <w:tcPr>
            <w:tcW w:type="dxa" w:w="1440"/>
          </w:tcPr>
          <w:p>
            <w:r>
              <w:t>514.881,95 €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11/11/2024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de cuina i menjador a 3 albergs de la Xarxa Jove d'Albergs de Catalunya (Xanascat) gestionats per l'Agència Catalana de la Joventut pels anys 2023 i 2024. (lote 1) · exp. ACJ-2023-9</w:t>
            </w:r>
          </w:p>
        </w:tc>
        <w:tc>
          <w:tcPr>
            <w:tcW w:type="dxa" w:w="1440"/>
          </w:tcPr>
          <w:p>
            <w:r>
              <w:t>Agència Catalana de la Joventut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27/02/2023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de cuina i menjador a 3 albergs de la Xarxa Jove d'Albergs de Catalunya (Xanascat) gestionats per l'Agència Catalana de la Joventut pels anys 2023 i 2024. (lote 2) · exp. ACJ-2023-9</w:t>
            </w:r>
          </w:p>
        </w:tc>
        <w:tc>
          <w:tcPr>
            <w:tcW w:type="dxa" w:w="1440"/>
          </w:tcPr>
          <w:p>
            <w:r>
              <w:t>Agència Catalana de la Joventut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27/02/2023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1.221.640,24 € sin IVA, en 6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d'Acció Social de la Garrotxa</w:t>
      </w:r>
    </w:p>
    <w:p>
      <w:r>
        <w:t xml:space="preserve">LA CUINETA D'OLOT, S.L.U., con NIF B17558669, adjudicataria del contrato «Servei d'àpats del menjador social del Consorci d'Acció Social de la Garrotxa», expediente B103/2026/1, adjudicado el …… por 52.028,85 €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16/03/2026 a 16/03/2027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d'Acció Social de la Garrotxa</w:t>
      </w:r>
    </w:p>
    <w:p>
      <w:r>
        <w:t>LA CUINETA D'OLOT, S.L.U., con NIF B17558669, adjudicataria del contrato «Constitueix l’objecte d’aquest contracte la prestació del servei d’àpats pel menjador social del</w:t>
        <w:br/>
        <w:t>Consorci d’Acció Social de la Garrotxa, per a persones i famílies en situació de vulnerabilitat o</w:t>
        <w:br/>
        <w:t>amb necessitats socials. Les prestacions a contractar serà el servei dels àpats del migdia pel</w:t>
        <w:br/>
        <w:t>menjador social del Consorci d’Acció Social de la Garrotxa situat a l’avinguda de Girona, 66</w:t>
        <w:br/>
        <w:t xml:space="preserve">d’Olot.», expediente B103/2025/02, adjudicado el …… por 48.183,92 €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06/02/2025 a 21/02/2026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Catalana de la Joventut</w:t>
      </w:r>
    </w:p>
    <w:p>
      <w:r>
        <w:t xml:space="preserve">LA CUINETA D'OLOT, S.L.U., con NIF B17558669, adjudicataria del contrato «Serveis de cuina i menjador a 8 albergs de la Xarxa Jove d'Albergs de Catalunya (Xanascat) gestionats per l'Agència Catalana de la Joventut pels anys 2025 a 2027.», lote 5, expediente ACJ-2025-1, adjudicado el …… por 606.545,52 €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11/11/2024 a 31/12/2027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Catalana de la Joventut</w:t>
      </w:r>
    </w:p>
    <w:p>
      <w:r>
        <w:t xml:space="preserve">LA CUINETA D'OLOT, S.L.U., con NIF B17558669, adjudicataria del contrato «Serveis de cuina i menjador a 8 albergs de la Xarxa Jove d'Albergs de Catalunya (Xanascat) gestionats per l'Agència Catalana de la Joventut pels anys 2025 a 2027.», lote 6, expediente ACJ-2025-1, adjudicado el …… por 514.881,95 €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11/11/2024 a 31/12/2027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Catalana de la Joventut</w:t>
      </w:r>
    </w:p>
    <w:p>
      <w:r>
        <w:t xml:space="preserve">LA CUINETA D'OLOT, S.L.U., con NIF B17558669, adjudicataria del contrato «Serveis de cuina i menjador a 3 albergs de la Xarxa Jove d'Albergs de Catalunya (Xanascat) gestionats per l'Agència Catalana de la Joventut pels anys 2023 i 2024.», lote 1, expediente ACJ-2023-9,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27/02/2023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Catalana de la Joventut</w:t>
      </w:r>
    </w:p>
    <w:p>
      <w:r>
        <w:t xml:space="preserve">LA CUINETA D'OLOT, S.L.U., con NIF B17558669, adjudicataria del contrato «Serveis de cuina i menjador a 3 albergs de la Xarxa Jove d'Albergs de Catalunya (Xanascat) gestionats per l'Agència Catalana de la Joventut pels anys 2023 i 2024.», lote 2, expediente ACJ-2023-9,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27/02/2023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