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.A.F. ARTEC SLP</w:t>
      </w:r>
    </w:p>
    <w:p>
      <w:r>
        <w:t>NIF B9412503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