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KILOENERGIA GRUPS ELEC I SER</w:t>
      </w:r>
    </w:p>
    <w:p>
      <w:r>
        <w:t>NIF B65612798.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