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KILOENERGIA GRUPS ELEC I SER</w:t>
      </w:r>
    </w:p>
    <w:p>
      <w:r>
        <w:t>NIF B65612798.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Contracte menor: Subministrament de generadors en servei de lloguer per a la cavalcada de reis 2026 · exp. G4882025000614</w:t>
            </w:r>
          </w:p>
        </w:tc>
        <w:tc>
          <w:tcPr>
            <w:tcW w:type="dxa" w:w="1440"/>
          </w:tcPr>
          <w:p>
            <w:r>
              <w:t>Ajuntament de Sant Feliu de Llobregat</w:t>
            </w:r>
          </w:p>
        </w:tc>
        <w:tc>
          <w:tcPr>
            <w:tcW w:type="dxa" w:w="1440"/>
          </w:tcPr>
          <w:p>
            <w:r>
              <w:t>1.816,00 €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02/01/2026 – 05/01/2026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Lloguer de material elèctric, instal·lacions elèctriques, grups electrògens, bateries i assistència tècnica per Cavalcada de Reis 2026 · exp. 006_25002061</w:t>
            </w:r>
          </w:p>
        </w:tc>
        <w:tc>
          <w:tcPr>
            <w:tcW w:type="dxa" w:w="1440"/>
          </w:tcPr>
          <w:p>
            <w:r>
              <w:t>Institut de Cultura de Barcelona</w:t>
            </w:r>
          </w:p>
        </w:tc>
        <w:tc>
          <w:tcPr>
            <w:tcW w:type="dxa" w:w="1440"/>
          </w:tcPr>
          <w:p>
            <w:r>
              <w:t>47.098,00 €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22/12/2025 – 15/01/2026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Contracte mixt de lloguer de material elèctric, instal·lacions elèctriques, generadors i l'assistència tècnica Cap d'any 2025 de Barcelona · exp. 006_25001645</w:t>
            </w:r>
          </w:p>
        </w:tc>
        <w:tc>
          <w:tcPr>
            <w:tcW w:type="dxa" w:w="1440"/>
          </w:tcPr>
          <w:p>
            <w:r>
              <w:t>Institut de Cultura de Barcelona</w:t>
            </w:r>
          </w:p>
        </w:tc>
        <w:tc>
          <w:tcPr>
            <w:tcW w:type="dxa" w:w="1440"/>
          </w:tcPr>
          <w:p>
            <w:r>
              <w:t>25.907,98 €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03/11/2025 – 15/01/2026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Arrendament de grups electrògens i del servei de transport i instal·lació associat per les campanyes mòbils del BST · exp. CS/1000/1100007060/25/PO</w:t>
            </w:r>
          </w:p>
        </w:tc>
        <w:tc>
          <w:tcPr>
            <w:tcW w:type="dxa" w:w="1440"/>
          </w:tcPr>
          <w:p>
            <w:r>
              <w:t>Banc de Sang i Teixits (BST)</w:t>
            </w:r>
          </w:p>
        </w:tc>
        <w:tc>
          <w:tcPr>
            <w:tcW w:type="dxa" w:w="1440"/>
          </w:tcPr>
          <w:p>
            <w:r>
              <w:t>64.214,00 €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21/07/2025 – 31/12/2025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CONTRACTE MIXT DE SERVEIS I SUBMINISTRAMENTS pel lloguer de material elèctric,instal·lacions elèctriques, generadors i l’assistència tècnica necessaris per l’espectacle del Cap d’any 2024 de Barcelona. · exp. 006_24002023</w:t>
            </w:r>
          </w:p>
        </w:tc>
        <w:tc>
          <w:tcPr>
            <w:tcW w:type="dxa" w:w="1440"/>
          </w:tcPr>
          <w:p>
            <w:r>
              <w:t>Institut de Cultura de Barcelona</w:t>
            </w:r>
          </w:p>
        </w:tc>
        <w:tc>
          <w:tcPr>
            <w:tcW w:type="dxa" w:w="1440"/>
          </w:tcPr>
          <w:p>
            <w:r>
              <w:t>25.905,50 €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27/11/2024 – 01/01/2025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Marco, con un máximo de seis proveedores, siempre que sea posible, del alquiler de grupos electrógenos insonorizados y/o superinsonorizados para las producciones de la CCMA, SA. Los grupos electrógenos pueden ser eléctricos, de gas, de hidrógeno, de gasoil o otros tipos. · exp. 2405AM01</w:t>
            </w:r>
          </w:p>
        </w:tc>
        <w:tc>
          <w:tcPr>
            <w:tcW w:type="dxa" w:w="1440"/>
          </w:tcPr>
          <w:p>
            <w:r>
              <w:t>Corporació Catalana de Mitjans Audiovisuals, SA (CCMA, SA)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27/09/2024 – 27/09/2025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en règim de lloguer i muntatge dels grups electrògens per als concerts dels dies 11 i 12 de juliol de 2024 que formen part de la regata cultural 2024 · exp. 074-T2324-TEC-SU</w:t>
            </w:r>
          </w:p>
        </w:tc>
        <w:tc>
          <w:tcPr>
            <w:tcW w:type="dxa" w:w="1440"/>
          </w:tcPr>
          <w:p>
            <w:r>
              <w:t>Fundació del Gran Teatre del Liceu</w:t>
            </w:r>
          </w:p>
        </w:tc>
        <w:tc>
          <w:tcPr>
            <w:tcW w:type="dxa" w:w="1440"/>
          </w:tcPr>
          <w:p>
            <w:r>
              <w:t>25.393,90 €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11/06/2024 – 15/07/2024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El subministrament de material i de serveis de muntatge d’infraestructures (equip de so, llum i audiovisual, lavabos químics i generadors) necessàries pel</w:t>
              <w:br/>
              <w:t>desenvolupament dels actes organitzats per l’Ajuntament d’Esparreguera o aquells a què doni el seu suport. (lote 3) · exp. 3110-7169/2023</w:t>
            </w:r>
          </w:p>
        </w:tc>
        <w:tc>
          <w:tcPr>
            <w:tcW w:type="dxa" w:w="1440"/>
          </w:tcPr>
          <w:p>
            <w:r>
              <w:t>Ajuntament d'Esparreguera</w:t>
            </w:r>
          </w:p>
        </w:tc>
        <w:tc>
          <w:tcPr>
            <w:tcW w:type="dxa" w:w="1440"/>
          </w:tcPr>
          <w:p>
            <w:r>
              <w:t>6.005,60 €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12/07/2024 – 15/02/2025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dels materials que serviran de  suport logístic pels diferents actes i activitats que organitza l’Ajuntament de Sant Celoni en el marc del calendari de festes populars i esdeveniments culturals i esportius del municipi. (lote 4) · exp. 2024/902</w:t>
            </w:r>
          </w:p>
        </w:tc>
        <w:tc>
          <w:tcPr>
            <w:tcW w:type="dxa" w:w="1440"/>
          </w:tcPr>
          <w:p>
            <w:r>
              <w:t>Ajuntament de Sant Celoni</w:t>
            </w:r>
          </w:p>
        </w:tc>
        <w:tc>
          <w:tcPr>
            <w:tcW w:type="dxa" w:w="1440"/>
          </w:tcPr>
          <w:p>
            <w:r>
              <w:t>12.039,00 €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02/08/2024 – 02/08/2025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208.379,98 € sin IVA, en 9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Sant Feliu de Llobregat</w:t>
      </w:r>
    </w:p>
    <w:p>
      <w:r>
        <w:t xml:space="preserve">KILOENERGIA GRUPS ELEC I SER, con NIF B65612798, adjudicataria del contrato «Contracte menor: Subministrament de generadors en servei de lloguer per a la cavalcada de reis 2026», expediente G4882025000614, adjudicado el …… por 1.816,00 €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02/01/2026 a 05/01/2026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 de Cultura de Barcelona</w:t>
      </w:r>
    </w:p>
    <w:p>
      <w:r>
        <w:t xml:space="preserve">KILOENERGIA GRUPS ELEC I SER, con NIF B65612798, adjudicataria del contrato «Lloguer de material elèctric, instal·lacions elèctriques, grups electrògens, bateries i assistència tècnica per Cavalcada de Reis 2026», expediente 006_25002061, adjudicado el …… por 47.098,00 €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22/12/2025 a 15/01/2026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 de Cultura de Barcelona</w:t>
      </w:r>
    </w:p>
    <w:p>
      <w:r>
        <w:t xml:space="preserve">KILOENERGIA GRUPS ELEC I SER, con NIF B65612798, adjudicataria del contrato «Contracte mixt de lloguer de material elèctric, instal·lacions elèctriques, generadors i l'assistència tècnica Cap d'any 2025 de Barcelona», expediente 006_25001645, adjudicado el …… por 25.907,98 €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03/11/2025 a 15/01/2026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Banc de Sang i Teixits (BST)</w:t>
      </w:r>
    </w:p>
    <w:p>
      <w:r>
        <w:t xml:space="preserve">KILOENERGIA GRUPS ELEC I SER, con NIF B65612798, adjudicataria del contrato «Arrendament de grups electrògens i del servei de transport i instal·lació associat per les campanyes mòbils del BST», expediente CS/1000/1100007060/25/PO, adjudicado el …… por 64.214,00 €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21/07/2025 a 31/12/2025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 de Cultura de Barcelona</w:t>
      </w:r>
    </w:p>
    <w:p>
      <w:r>
        <w:t xml:space="preserve">KILOENERGIA GRUPS ELEC I SER, con NIF B65612798, adjudicataria del contrato «CONTRACTE MIXT DE SERVEIS I SUBMINISTRAMENTS pel lloguer de material elèctric,instal·lacions elèctriques, generadors i l’assistència tècnica necessaris per l’espectacle del Cap d’any 2024 de Barcelona.», expediente 006_24002023, adjudicado el …… por 25.905,50 €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27/11/2024 a 01/01/2025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Corporació Catalana de Mitjans Audiovisuals, SA (CCMA, SA)</w:t>
      </w:r>
    </w:p>
    <w:p>
      <w:r>
        <w:t xml:space="preserve">KILOENERGIA GRUPS ELEC I SER, con NIF B65612798, adjudicataria del contrato «Acuerdo Marco, con un máximo de seis proveedores, siempre que sea posible, del alquiler de grupos electrógenos insonorizados y/o superinsonorizados para las producciones de la CCMA, SA. Los grupos electrógenos pueden ser eléctricos, de gas, de hidrógeno, de gasoil o otros tipos.», expediente 2405AM01,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27/09/2024 a 27/09/2025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del Gran Teatre del Liceu</w:t>
      </w:r>
    </w:p>
    <w:p>
      <w:r>
        <w:t xml:space="preserve">KILOENERGIA GRUPS ELEC I SER, con NIF B65612798, adjudicataria del contrato «Subministrament en règim de lloguer i muntatge dels grups electrògens per als concerts dels dies 11 i 12 de juliol de 2024 que formen part de la regata cultural 2024», expediente 074-T2324-TEC-SU, adjudicado el …… por 25.393,90 €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11/06/2024 a 15/07/2024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d'Esparreguera</w:t>
      </w:r>
    </w:p>
    <w:p>
      <w:r>
        <w:t>KILOENERGIA GRUPS ELEC I SER, con NIF B65612798, adjudicataria del contrato «El subministrament de material i de serveis de muntatge d’infraestructures (equip de so, llum i audiovisual, lavabos químics i generadors) necessàries pel</w:t>
        <w:br/>
        <w:t xml:space="preserve">desenvolupament dels actes organitzats per l’Ajuntament d’Esparreguera o aquells a què doni el seu suport.», lote 3, expediente 3110-7169/2023, adjudicado el …… por 6.005,60 €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12/07/2024 a 15/02/2025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Sant Celoni</w:t>
      </w:r>
    </w:p>
    <w:p>
      <w:r>
        <w:t xml:space="preserve">KILOENERGIA GRUPS ELEC I SER, con NIF B65612798, adjudicataria del contrato «Subministrament dels materials que serviran de  suport logístic pels diferents actes i activitats que organitza l’Ajuntament de Sant Celoni en el marc del calendari de festes populars i esdeveniments culturals i esportius del municipi.», lote 4, expediente 2024/902, adjudicado el …… por 12.039,00 €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02/08/2024 a 02/08/2025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