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KEMLER SEGURIDAD INDUSTRIAL, S.L.</w:t>
      </w:r>
    </w:p>
    <w:p>
      <w:r>
        <w:t>NIF B99035115.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