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KACHET LOXISTICA. S.A.</w:t>
      </w:r>
    </w:p>
    <w:p>
      <w:r>
        <w:t>NIF A15422892.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CDC-2024-0008:Contratación del servicio de producción y suministro de elementos para la organización de espectáculos a celebrar en la Ciudad de Cultura de Galicia (lote 2) · exp. PcPG/2024/822623</w:t>
            </w:r>
          </w:p>
        </w:tc>
        <w:tc>
          <w:tcPr>
            <w:tcW w:type="dxa" w:w="1440"/>
          </w:tcPr>
          <w:p>
            <w:r>
              <w:t>Fundación Cidade da Cultura Galicia</w:t>
            </w:r>
          </w:p>
        </w:tc>
        <w:tc>
          <w:tcPr>
            <w:tcW w:type="dxa" w:w="1440"/>
          </w:tcPr>
          <w:p>
            <w:r>
              <w:t>34.212,70 €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02/10/2024 – 02/10/2025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34.212,70 €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Cidade da Cultura Galicia</w:t>
      </w:r>
    </w:p>
    <w:p>
      <w:r>
        <w:t xml:space="preserve">KACHET LOXISTICA. S.A., con NIF A15422892, adjudicataria del contrato «CDC-2024-0008:Contratación del servicio de producción y suministro de elementos para la organización de espectáculos a celebrar en la Ciudad de Cultura de Galicia», lote 2, expediente PcPG/2024/822623, adjudicado el …… por 34.212,70 €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02/10/2024 a 02/10/2025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