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KACHET LOXISTICA. S.A.</w:t>
      </w:r>
    </w:p>
    <w:p>
      <w:r>
        <w:t>NIF A15422892. Contratos públicos adjudicados en los tres últimos años (servicios), del 04/11/2023 al 04/11/2026,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Subministro sucesivo mediante aluguer de material de son, iluminación, cámara negra, estruturas e chan para a realización de actividades culturais do Auditorio de Galicia segundo as necesidades das actividades programadas · exp. 2024/C005/000001</w:t>
            </w:r>
          </w:p>
        </w:tc>
        <w:tc>
          <w:tcPr>
            <w:tcW w:type="dxa" w:w="1440"/>
          </w:tcPr>
          <w:p>
            <w:r>
              <w:t>Comisión Executiva del Auditorio de Galicia · NIF Q1500340C</w:t>
            </w:r>
          </w:p>
        </w:tc>
        <w:tc>
          <w:tcPr>
            <w:tcW w:type="dxa" w:w="1440"/>
          </w:tcPr>
          <w:p>
            <w:r>
              <w:t>5,00 €</w:t>
            </w:r>
          </w:p>
        </w:tc>
        <w:tc>
          <w:tcPr>
            <w:tcW w:type="dxa" w:w="1440"/>
          </w:tcPr>
          <w:p>
            <w:r>
              <w:t>21/03/2024</w:t>
            </w:r>
          </w:p>
        </w:tc>
        <w:tc>
          <w:tcPr>
            <w:tcW w:type="dxa" w:w="1440"/>
          </w:tcPr>
          <w:p>
            <w:r>
              <w:t>09/04/2024 – 09/04/2026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 obxecto do presente contrato é a subministración e instalación dun sistema de son para a Sala Ángel Brage do Auditorio de Galicia. · exp. 2023/C005/000002</w:t>
            </w:r>
          </w:p>
        </w:tc>
        <w:tc>
          <w:tcPr>
            <w:tcW w:type="dxa" w:w="1440"/>
          </w:tcPr>
          <w:p>
            <w:r>
              <w:t>Comisión Executiva del Auditorio de Galicia · NIF Q1500340C</w:t>
            </w:r>
          </w:p>
        </w:tc>
        <w:tc>
          <w:tcPr>
            <w:tcW w:type="dxa" w:w="1440"/>
          </w:tcPr>
          <w:p>
            <w:r>
              <w:t>81.535,82 €</w:t>
            </w:r>
          </w:p>
        </w:tc>
        <w:tc>
          <w:tcPr>
            <w:tcW w:type="dxa" w:w="1440"/>
          </w:tcPr>
          <w:p>
            <w:r>
              <w:t>07/12/2023</w:t>
            </w:r>
          </w:p>
        </w:tc>
        <w:tc>
          <w:tcPr>
            <w:tcW w:type="dxa" w:w="1440"/>
          </w:tcPr>
          <w:p>
            <w:r>
              <w:t>07/01/2024 – 27/01/2024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81.540,82 €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Comisión Executiva del Auditorio de Galicia (NIF Q1500340C)</w:t>
      </w:r>
    </w:p>
    <w:p>
      <w:r>
        <w:t xml:space="preserve">KACHET LOXISTICA. S.A., con NIF A15422892, adjudicataria del contrato «Subministro sucesivo mediante aluguer de material de son, iluminación, cámara negra, estruturas e chan para a realización de actividades culturais do Auditorio de Galicia segundo as necesidades das actividades programadas», expediente 2024/C005/000001, adjudicado el 21/03/2024 por 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09/04/2024 a 09/04/2026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Comisión Executiva del Auditorio de Galicia (NIF Q1500340C)</w:t>
      </w:r>
    </w:p>
    <w:p>
      <w:r>
        <w:t xml:space="preserve">KACHET LOXISTICA. S.A., con NIF A15422892, adjudicataria del contrato «O obxecto do presente contrato é a subministración e instalación dun sistema de son para a Sala Ángel Brage do Auditorio de Galicia.», expediente 2023/C005/000002, adjudicado el 07/12/2023 por 81.535,82 €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07/01/2024 a 27/01/2024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