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JUPE SISTEMAS, SL</w:t>
      </w:r>
    </w:p>
    <w:p>
      <w:r>
        <w:t>NIF B62768825.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