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JUAN JOSE MONTEJO, SL</w:t>
      </w:r>
    </w:p>
    <w:p>
      <w:r>
        <w:t>NIF B95545596.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Servicio de mantenimiento de cerrajería en estaciones y apeaderos del ferrocarril, salidas de emergencia, funicular, oficinas, viviendas y locales comerciales de Bizkaia y Gipuzkoa de ETS (lote 649541) · exp. P20024836</w:t>
            </w:r>
          </w:p>
        </w:tc>
        <w:tc>
          <w:tcPr>
            <w:tcW w:type="dxa" w:w="1440"/>
          </w:tcPr>
          <w:p>
            <w:r>
              <w:t>Euskal Trenbide Sarea-Comisión Delegada en Materia de Contratación de ETS</w:t>
            </w:r>
          </w:p>
        </w:tc>
        <w:tc>
          <w:tcPr>
            <w:tcW w:type="dxa" w:w="1440"/>
          </w:tcPr>
          <w:p>
            <w:r>
              <w:t>70.275,00 €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26/02/2024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 de mantenimiento de cerrajería en estaciones y apeaderos del ferrocarril, salidas de emergencia, funicular, oficinas, viviendas y locales comerciales de Bizkaia y Gipuzkoa de ETS (lote 649542) · exp. P20024836</w:t>
            </w:r>
          </w:p>
        </w:tc>
        <w:tc>
          <w:tcPr>
            <w:tcW w:type="dxa" w:w="1440"/>
          </w:tcPr>
          <w:p>
            <w:r>
              <w:t>Euskal Trenbide Sarea-Comisión Delegada en Materia de Contratación de ETS</w:t>
            </w:r>
          </w:p>
        </w:tc>
        <w:tc>
          <w:tcPr>
            <w:tcW w:type="dxa" w:w="1440"/>
          </w:tcPr>
          <w:p>
            <w:r>
              <w:t>70.275,00 €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26/02/2024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140.550,00 € sin IVA, en 2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Euskal Trenbide Sarea-Comisión Delegada en Materia de Contratación de ETS</w:t>
      </w:r>
    </w:p>
    <w:p>
      <w:r>
        <w:t xml:space="preserve">JUAN JOSE MONTEJO, SL, con NIF B95545596, adjudicataria del contrato «Servicio de mantenimiento de cerrajería en estaciones y apeaderos del ferrocarril, salidas de emergencia, funicular, oficinas, viviendas y locales comerciales de Bizkaia y Gipuzkoa de ETS», lote 649541, expediente P20024836, adjudicado el …… por 70.275,00 €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26/02/2024 a 26/02/2027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Euskal Trenbide Sarea-Comisión Delegada en Materia de Contratación de ETS</w:t>
      </w:r>
    </w:p>
    <w:p>
      <w:r>
        <w:t xml:space="preserve">JUAN JOSE MONTEJO, SL, con NIF B95545596, adjudicataria del contrato «Servicio de mantenimiento de cerrajería en estaciones y apeaderos del ferrocarril, salidas de emergencia, funicular, oficinas, viviendas y locales comerciales de Bizkaia y Gipuzkoa de ETS», lote 649542, expediente P20024836, adjudicado el …… por 70.275,00 €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26/02/2024 a 26/02/2027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