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JUAN JOSE MONTEJO, SL</w:t>
      </w:r>
    </w:p>
    <w:p>
      <w:r>
        <w:t>NIF B95545596.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  <w:tr>
        <w:tc>
          <w:tcPr>
            <w:tcW w:type="dxa" w:w="1440"/>
          </w:tcPr>
          <w:p>
            <w:r>
              <w:t>Suministro e Instalación de cerraduras digitales autoalimentadas con apertura a través de un dispositivo móvil con NFC para las estaciones y edificios de ETS. · exp. P20026554</w:t>
            </w:r>
          </w:p>
        </w:tc>
        <w:tc>
          <w:tcPr>
            <w:tcW w:type="dxa" w:w="1440"/>
          </w:tcPr>
          <w:p>
            <w:r>
              <w:t>Euskal Trenbide Sarea-Comisión Delegada en Materia de Contratación de ETS</w:t>
            </w:r>
          </w:p>
        </w:tc>
        <w:tc>
          <w:tcPr>
            <w:tcW w:type="dxa" w:w="1440"/>
          </w:tcPr>
          <w:p>
            <w:r>
              <w:t>228.530,78 €</w:t>
            </w:r>
          </w:p>
        </w:tc>
        <w:tc>
          <w:tcPr>
            <w:tcW w:type="dxa" w:w="1440"/>
          </w:tcPr>
          <w:p>
            <w:r/>
          </w:p>
        </w:tc>
        <w:tc>
          <w:tcPr>
            <w:tcW w:type="dxa" w:w="1440"/>
          </w:tcPr>
          <w:p>
            <w:r>
              <w:t>01/07/2025 – 30/10/2025</w:t>
            </w:r>
          </w:p>
        </w:tc>
        <w:tc>
          <w:tcPr>
            <w:tcW w:type="dxa" w:w="1440"/>
          </w:tcPr>
          <w:p>
            <w:r>
              <w:rPr>
                <w:highlight w:val="yellow"/>
              </w:rPr>
              <w:t>rellenar</w:t>
            </w:r>
          </w:p>
        </w:tc>
      </w:tr>
    </w:tbl>
    <w:p/>
    <w:p>
      <w:r>
        <w:rPr>
          <w:b/>
        </w:rPr>
        <w:t>Importe adjudicado en el periodo: 228.530,78 € sin IVA, en 1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p>
      <w:r>
        <w:br w:type="page"/>
      </w:r>
    </w:p>
    <w:p>
      <w:pPr>
        <w:pStyle w:val="Heading1"/>
      </w:pPr>
      <w:r>
        <w:t>Solicitud de certificado de buena ejecución</w:t>
      </w:r>
    </w:p>
    <w:p>
      <w:r>
        <w:t>A: Euskal Trenbide Sarea-Comisión Delegada en Materia de Contratación de ETS</w:t>
      </w:r>
    </w:p>
    <w:p>
      <w:r>
        <w:t xml:space="preserve">JUAN JOSE MONTEJO, SL, con NIF B95545596, adjudicataria del contrato «Suministro e Instalación de cerraduras digitales autoalimentadas con apertura a través de un dispositivo móvil con NFC para las estaciones y edificios de ETS.», expediente P20026554, adjudicado el …… por 228.530,78 € sin IVA, </w:t>
      </w:r>
      <w:r>
        <w:t>SOLICITA que se expida certificado de buena ejecución del contrato en el que conste su objeto, su importe, las fechas y el lugar de ejecución y si se llevó a cabo normalmente y a buen término, a efectos de acreditar su solvencia técnica en otros procedimientos de contratación.</w:t>
      </w:r>
    </w:p>
    <w:p>
      <w:r>
        <w:t xml:space="preserve">Periodo de ejecución: </w:t>
      </w:r>
      <w:r>
        <w:t>01/07/2025 a 30/10/2025</w:t>
      </w:r>
    </w:p>
    <w:p>
      <w:r>
        <w:rPr>
          <w:highlight w:val="yellow"/>
        </w:rPr>
        <w:t>En …………………, a …… de …………………… de 20……</w:t>
      </w:r>
    </w:p>
    <w:p>
      <w:r>
        <w:rPr>
          <w:highlight w:val="yellow"/>
        </w:rPr>
        <w:t>Firma y nombre de quien representa a la empresa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