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JC SERVUS S.L.</w:t>
      </w:r>
    </w:p>
    <w:p>
      <w:r>
        <w:t>NIF B65756009.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