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JC SERVUS S.L.</w:t>
      </w:r>
    </w:p>
    <w:p>
      <w:r>
        <w:t>NIF B65756009. Contratos públicos adjudicados en los tres últimos años (servicios), del 30/10/2023 al 30/10/2026,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asistencia sanitaria especializada en el ámbito de la neurocirugía, intervenciones quirúrgicas tanto programadas como de carácter urgente, derivadas por Mutua Intercomarcal, Mutua colaboradora con la Seguridad Social número 39, según características y condiciones definidas en el Pliego d · exp. 2025/LIC/0035</w:t>
            </w:r>
          </w:p>
        </w:tc>
        <w:tc>
          <w:tcPr>
            <w:tcW w:type="dxa" w:w="1440"/>
          </w:tcPr>
          <w:p>
            <w:r>
              <w:t>Director Gerente de Mutua Intercomarcal MATEPSS Nº 39 · NIF G60328796</w:t>
            </w:r>
          </w:p>
        </w:tc>
        <w:tc>
          <w:tcPr>
            <w:tcW w:type="dxa" w:w="1440"/>
          </w:tcPr>
          <w:p>
            <w:r>
              <w:t>126.954,95 €</w:t>
            </w:r>
          </w:p>
        </w:tc>
        <w:tc>
          <w:tcPr>
            <w:tcW w:type="dxa" w:w="1440"/>
          </w:tcPr>
          <w:p>
            <w:r>
              <w:t>26/08/2025</w:t>
            </w:r>
          </w:p>
        </w:tc>
        <w:tc>
          <w:tcPr>
            <w:tcW w:type="dxa" w:w="1440"/>
          </w:tcPr>
          <w:p>
            <w:r>
              <w:t>26/09/2025 – 26/09/2026</w:t>
            </w:r>
          </w:p>
        </w:tc>
        <w:tc>
          <w:tcPr>
            <w:tcW w:type="dxa" w:w="1440"/>
          </w:tcPr>
          <w:p>
            <w:r>
              <w:rPr>
                <w:highlight w:val="yellow"/>
              </w:rPr>
              <w:t>rellenar</w:t>
            </w:r>
          </w:p>
        </w:tc>
      </w:tr>
    </w:tbl>
    <w:p/>
    <w:p>
      <w:r>
        <w:rPr>
          <w:b/>
        </w:rPr>
        <w:t>Importe adjudicado en el periodo: 126.954,95 €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Director Gerente de Mutua Intercomarcal MATEPSS Nº 39 (NIF G60328796)</w:t>
      </w:r>
    </w:p>
    <w:p>
      <w:r>
        <w:t xml:space="preserve">JC SERVUS S.L., con NIF B65756009, adjudicataria del contrato «Servicio de asistencia sanitaria especializada en el ámbito de la neurocirugía, intervenciones quirúrgicas tanto programadas como de carácter urgente, derivadas por Mutua Intercomarcal, Mutua colaboradora con la Seguridad Social número 39, según características y condiciones definidas en el Pliego d», expediente 2025/LIC/0035, adjudicado el 26/08/2025 por 126.954,95 €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26/09/2025 a 26/09/2026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