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JAUREGUIZAR PROMOCION Y GESTION INMOBILIARIA S L</w:t>
      </w:r>
    </w:p>
    <w:p>
      <w:r>
        <w:t>NIF B48472500.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Redacción de proyecto y ejecución de las obras de construcción de 60 alojamientos dotacionales en la unidad UECR19 del PGOU de Galdakao · exp. 5123/2021</w:t>
            </w:r>
          </w:p>
        </w:tc>
        <w:tc>
          <w:tcPr>
            <w:tcW w:type="dxa" w:w="1440"/>
          </w:tcPr>
          <w:p>
            <w:r>
              <w:t>Pleno · NIF P4010000J</w:t>
            </w:r>
          </w:p>
        </w:tc>
        <w:tc>
          <w:tcPr>
            <w:tcW w:type="dxa" w:w="1440"/>
          </w:tcPr>
          <w:p>
            <w:r>
              <w:t>5.648.602,00 €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29/07/2022 – 29/05/2024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5.648.602,00 €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Pleno (NIF P4010000J)</w:t>
      </w:r>
    </w:p>
    <w:p>
      <w:r>
        <w:t xml:space="preserve">JAUREGUIZAR PROMOCION Y GESTION INMOBILIARIA S L, con NIF B48472500, adjudicataria del contrato «Redacción de proyecto y ejecución de las obras de construcción de 60 alojamientos dotacionales en la unidad UECR19 del PGOU de Galdakao», expediente 5123/2021, adjudicado el …… por 5.648.602,00 €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29/07/2022 a 29/05/2024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