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JARDINERÍA ILUNTZE TALDEA, S.L.U</w:t>
      </w:r>
    </w:p>
    <w:p>
      <w:r>
        <w:t>NIF B95683389.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Mantenimiento Mensual De Plantas De Interior En El Aeropuerto De Bilbao · exp. BIO-79/2026</w:t>
            </w:r>
          </w:p>
        </w:tc>
        <w:tc>
          <w:tcPr>
            <w:tcW w:type="dxa" w:w="1440"/>
          </w:tcPr>
          <w:p>
            <w:r>
              <w:t>Aena. Dirección del Aeropuerto de Bilbao · NIF A86212420</w:t>
            </w:r>
          </w:p>
        </w:tc>
        <w:tc>
          <w:tcPr>
            <w:tcW w:type="dxa" w:w="1440"/>
          </w:tcPr>
          <w:p>
            <w:r>
              <w:t>6.285,24 €</w:t>
            </w:r>
          </w:p>
        </w:tc>
        <w:tc>
          <w:tcPr>
            <w:tcW w:type="dxa" w:w="1440"/>
          </w:tcPr>
          <w:p>
            <w:r>
              <w:t>22/09/2026</w:t>
            </w:r>
          </w:p>
        </w:tc>
        <w:tc>
          <w:tcPr>
            <w:tcW w:type="dxa" w:w="1440"/>
          </w:tcPr>
          <w:p>
            <w:r>
              <w:t>23/09/2026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Mantenimiento Anual De Plantas De Interior En El Aeropuerto De Bilbao · exp. BIO-122/2023</w:t>
            </w:r>
          </w:p>
        </w:tc>
        <w:tc>
          <w:tcPr>
            <w:tcW w:type="dxa" w:w="1440"/>
          </w:tcPr>
          <w:p>
            <w:r>
              <w:t>Aena. Dirección del Aeropuerto de Bilbao · NIF A86212420</w:t>
            </w:r>
          </w:p>
        </w:tc>
        <w:tc>
          <w:tcPr>
            <w:tcW w:type="dxa" w:w="1440"/>
          </w:tcPr>
          <w:p>
            <w:r>
              <w:t>11.534,40 €</w:t>
            </w:r>
          </w:p>
        </w:tc>
        <w:tc>
          <w:tcPr>
            <w:tcW w:type="dxa" w:w="1440"/>
          </w:tcPr>
          <w:p>
            <w:r>
              <w:t>30/08/2023</w:t>
            </w:r>
          </w:p>
        </w:tc>
        <w:tc>
          <w:tcPr>
            <w:tcW w:type="dxa" w:w="1440"/>
          </w:tcPr>
          <w:p>
            <w:r>
              <w:t>30/08/2023 – 30/09/2024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Gestión y conservación de diversas instalaciones del Hospital Santa Marina (lote 504264) · exp. 2024/02065</w:t>
            </w:r>
          </w:p>
        </w:tc>
        <w:tc>
          <w:tcPr>
            <w:tcW w:type="dxa" w:w="1440"/>
          </w:tcPr>
          <w:p>
            <w:r>
              <w:t>OSAKIDETZA - Servicio Vasco de Salud -Director Gerente</w:t>
            </w:r>
          </w:p>
        </w:tc>
        <w:tc>
          <w:tcPr>
            <w:tcW w:type="dxa" w:w="1440"/>
          </w:tcPr>
          <w:p>
            <w:r>
              <w:t>35.670,00 €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05/12/2024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conservación y mantenimiento de zonas ajardinadas, arbolado urbano, parterres, jardineras de vía pública, paseos peatonales y campo de rugby. · exp. C63-24-001</w:t>
            </w:r>
          </w:p>
        </w:tc>
        <w:tc>
          <w:tcPr>
            <w:tcW w:type="dxa" w:w="1440"/>
          </w:tcPr>
          <w:p>
            <w:r>
              <w:t>Ayuntamiento de Igorre-Alcalde</w:t>
            </w:r>
          </w:p>
        </w:tc>
        <w:tc>
          <w:tcPr>
            <w:tcW w:type="dxa" w:w="1440"/>
          </w:tcPr>
          <w:p>
            <w:r>
              <w:t>122.876,70 €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05/02/2025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Jardinería en el Centro Penitenciario Bizkaia · exp. 56/2023-P</w:t>
            </w:r>
          </w:p>
        </w:tc>
        <w:tc>
          <w:tcPr>
            <w:tcW w:type="dxa" w:w="1440"/>
          </w:tcPr>
          <w:p>
            <w:r>
              <w:t>Gobierno Vasco-Dirección de Servicios</w:t>
            </w:r>
          </w:p>
        </w:tc>
        <w:tc>
          <w:tcPr>
            <w:tcW w:type="dxa" w:w="1440"/>
          </w:tcPr>
          <w:p>
            <w:r>
              <w:t>5.958,42 €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10/07/2023 – 10/07/2024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182.324,76 €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Bilbao (NIF A86212420)</w:t>
      </w:r>
    </w:p>
    <w:p>
      <w:r>
        <w:t xml:space="preserve">JARDINERÍA ILUNTZE TALDEA, S.L.U, con NIF B95683389, adjudicataria del contrato «Servicio De Mantenimiento Mensual De Plantas De Interior En El Aeropuerto De Bilbao», expediente BIO-79/2026, adjudicado el 22/09/2026 por 6.285,24 €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23/09/2026 a 23/03/2027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Bilbao (NIF A86212420)</w:t>
      </w:r>
    </w:p>
    <w:p>
      <w:r>
        <w:t xml:space="preserve">JARDINERÍA ILUNTZE TALDEA, S.L.U, con NIF B95683389, adjudicataria del contrato «Servicio De Mantenimiento Anual De Plantas De Interior En El Aeropuerto De Bilbao», expediente BIO-122/2023, adjudicado el 30/08/2023 por 11.534,40 €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30/08/2023 a 30/09/2024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OSAKIDETZA - Servicio Vasco de Salud -Director Gerente</w:t>
      </w:r>
    </w:p>
    <w:p>
      <w:r>
        <w:t xml:space="preserve">JARDINERÍA ILUNTZE TALDEA, S.L.U, con NIF B95683389, adjudicataria del contrato «Gestión y conservación de diversas instalaciones del Hospital Santa Marina», lote 504264, expediente 2024/02065, adjudicado el …… por 35.670,00 €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05/12/2024 a 31/12/2027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Igorre-Alcalde</w:t>
      </w:r>
    </w:p>
    <w:p>
      <w:r>
        <w:t xml:space="preserve">JARDINERÍA ILUNTZE TALDEA, S.L.U, con NIF B95683389, adjudicataria del contrato «Servicio de conservación y mantenimiento de zonas ajardinadas, arbolado urbano, parterres, jardineras de vía pública, paseos peatonales y campo de rugby.», expediente C63-24-001, adjudicado el …… por 122.876,70 €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05/02/2025 a 05/02/2027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Vasco-Dirección de Servicios</w:t>
      </w:r>
    </w:p>
    <w:p>
      <w:r>
        <w:t xml:space="preserve">JARDINERÍA ILUNTZE TALDEA, S.L.U, con NIF B95683389, adjudicataria del contrato «Jardinería en el Centro Penitenciario Bizkaia», expediente 56/2023-P, adjudicado el …… por 5.958,42 €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10/07/2023 a 10/07/2024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