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IYUNO IBERIA S.L.U.</w:t>
      </w:r>
    </w:p>
    <w:p>
      <w:r>
        <w:t>NIF B08826000.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