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Itxas Zerbi S.L.</w:t>
      </w:r>
    </w:p>
    <w:p>
      <w:r>
        <w:t>NIF B75016428.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