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Itxas Zerbi S.L.</w:t>
      </w:r>
    </w:p>
    <w:p>
      <w:r>
        <w:t>NIF B75016428.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de los trabajos de recogida de residuos flotantes sólidos y oleaginosos en la bahía, limpieza de la s guías sobra las que se colocan los compensadores de marea y limpieza de los cantiles, rampas y escaleras de los mulles del Puerto de Pasaia · exp. 1481/2025</w:t>
            </w:r>
          </w:p>
        </w:tc>
        <w:tc>
          <w:tcPr>
            <w:tcW w:type="dxa" w:w="1440"/>
          </w:tcPr>
          <w:p>
            <w:r>
              <w:t>Autoridad Portuaria de Pasaia · NIF Q2067002B</w:t>
            </w:r>
          </w:p>
        </w:tc>
        <w:tc>
          <w:tcPr>
            <w:tcW w:type="dxa" w:w="1440"/>
          </w:tcPr>
          <w:p>
            <w:r>
              <w:t>439.996,00 €</w:t>
            </w:r>
          </w:p>
        </w:tc>
        <w:tc>
          <w:tcPr>
            <w:tcW w:type="dxa" w:w="1440"/>
          </w:tcPr>
          <w:p>
            <w:r>
              <w:t>16/02/2026</w:t>
            </w:r>
          </w:p>
        </w:tc>
        <w:tc>
          <w:tcPr>
            <w:tcW w:type="dxa" w:w="1440"/>
          </w:tcPr>
          <w:p>
            <w:r>
              <w:t>12/03/2026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439.996,00 €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Pasaia (NIF Q2067002B)</w:t>
      </w:r>
    </w:p>
    <w:p>
      <w:r>
        <w:t xml:space="preserve">Itxas Zerbi S.L., con NIF B75016428, adjudicataria del contrato «Realización de los trabajos de recogida de residuos flotantes sólidos y oleaginosos en la bahía, limpieza de la s guías sobra las que se colocan los compensadores de marea y limpieza de los cantiles, rampas y escaleras de los mulles del Puerto de Pasaia», expediente 1481/2025, adjudicado el 16/02/2026 por 439.996,00 €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12/03/2026 a 12/03/2030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