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Investigación &amp; Control de Plagas, S.L.</w:t>
      </w:r>
    </w:p>
    <w:p>
      <w:r>
        <w:t>NIF B41656182.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