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INTERNATIONAL DELIVERY PARTS 2008 S.L.U</w:t>
      </w:r>
    </w:p>
    <w:p>
      <w:r>
        <w:t>NIF B99209249.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motor turbina con electrónica A/A, motor condensador A/A, presostato alta A/A y filtros evaporadores Citaro (lote 1) · exp. Compra derivada SDA 02/2024-1741</w:t>
            </w:r>
          </w:p>
        </w:tc>
        <w:tc>
          <w:tcPr>
            <w:tcW w:type="dxa" w:w="1440"/>
          </w:tcPr>
          <w:p>
            <w:r>
              <w:t>Empresa Municipal Autobuses de Córdoba S.A. (AUCORSA) · NIF A14007074</w:t>
            </w:r>
          </w:p>
        </w:tc>
        <w:tc>
          <w:tcPr>
            <w:tcW w:type="dxa" w:w="1440"/>
          </w:tcPr>
          <w:p>
            <w:r>
              <w:t>755,20 €</w:t>
            </w:r>
          </w:p>
        </w:tc>
        <w:tc>
          <w:tcPr>
            <w:tcW w:type="dxa" w:w="1440"/>
          </w:tcPr>
          <w:p>
            <w:r>
              <w:t>03/09/2026</w:t>
            </w:r>
          </w:p>
        </w:tc>
        <w:tc>
          <w:tcPr>
            <w:tcW w:type="dxa" w:w="1440"/>
          </w:tcPr>
          <w:p>
            <w:r>
              <w:t>03/10/2026 – 08/10/2026</w:t>
            </w:r>
          </w:p>
        </w:tc>
        <w:tc>
          <w:tcPr>
            <w:tcW w:type="dxa" w:w="1440"/>
          </w:tcPr>
          <w:p>
            <w:r>
              <w:rPr>
                <w:highlight w:val="yellow"/>
              </w:rPr>
              <w:t>rellenar</w:t>
            </w:r>
          </w:p>
        </w:tc>
      </w:tr>
      <w:tr>
        <w:tc>
          <w:tcPr>
            <w:tcW w:type="dxa" w:w="1440"/>
          </w:tcPr>
          <w:p>
            <w:r>
              <w:t>Suministro Amortiguadores dirección MB CITARO Euro VI y NGT, de la categoría 12 (lote 1) · exp. Compra Derivada SDA 02/2024-1786</w:t>
            </w:r>
          </w:p>
        </w:tc>
        <w:tc>
          <w:tcPr>
            <w:tcW w:type="dxa" w:w="1440"/>
          </w:tcPr>
          <w:p>
            <w:r>
              <w:t>Empresa Municipal Autobuses de Córdoba S.A. (AUCORSA) · NIF A14007074</w:t>
            </w:r>
          </w:p>
        </w:tc>
        <w:tc>
          <w:tcPr>
            <w:tcW w:type="dxa" w:w="1440"/>
          </w:tcPr>
          <w:p>
            <w:r>
              <w:t>390,00 €</w:t>
            </w:r>
          </w:p>
        </w:tc>
        <w:tc>
          <w:tcPr>
            <w:tcW w:type="dxa" w:w="1440"/>
          </w:tcPr>
          <w:p>
            <w:r>
              <w:t>27/08/2026</w:t>
            </w:r>
          </w:p>
        </w:tc>
        <w:tc>
          <w:tcPr>
            <w:tcW w:type="dxa" w:w="1440"/>
          </w:tcPr>
          <w:p>
            <w:r>
              <w:t>27/09/2026 – 02/10/2026</w:t>
            </w:r>
          </w:p>
        </w:tc>
        <w:tc>
          <w:tcPr>
            <w:tcW w:type="dxa" w:w="1440"/>
          </w:tcPr>
          <w:p>
            <w:r>
              <w:rPr>
                <w:highlight w:val="yellow"/>
              </w:rPr>
              <w:t>rellenar</w:t>
            </w:r>
          </w:p>
        </w:tc>
      </w:tr>
      <w:tr>
        <w:tc>
          <w:tcPr>
            <w:tcW w:type="dxa" w:w="1440"/>
          </w:tcPr>
          <w:p>
            <w:r>
              <w:t>Suministro de materiales de frenos para los vehículos de la flota de Tussam · exp. T26024501</w:t>
            </w:r>
          </w:p>
        </w:tc>
        <w:tc>
          <w:tcPr>
            <w:tcW w:type="dxa" w:w="1440"/>
          </w:tcPr>
          <w:p>
            <w:r>
              <w:t>Comisión Ejecutiva de Transportes Urbanos de Sevilla, SAM · NIF A41042474</w:t>
            </w:r>
          </w:p>
        </w:tc>
        <w:tc>
          <w:tcPr>
            <w:tcW w:type="dxa" w:w="1440"/>
          </w:tcPr>
          <w:p>
            <w:r>
              <w:t>10.279,00 €</w:t>
            </w:r>
          </w:p>
        </w:tc>
        <w:tc>
          <w:tcPr>
            <w:tcW w:type="dxa" w:w="1440"/>
          </w:tcPr>
          <w:p>
            <w:r>
              <w:t>26/06/2026</w:t>
            </w:r>
          </w:p>
        </w:tc>
        <w:tc>
          <w:tcPr>
            <w:tcW w:type="dxa" w:w="1440"/>
          </w:tcPr>
          <w:p>
            <w:r>
              <w:t>26/07/2026 – en curso</w:t>
            </w:r>
          </w:p>
        </w:tc>
        <w:tc>
          <w:tcPr>
            <w:tcW w:type="dxa" w:w="1440"/>
          </w:tcPr>
          <w:p>
            <w:r>
              <w:rPr>
                <w:highlight w:val="yellow"/>
              </w:rPr>
              <w:t>rellenar</w:t>
            </w:r>
          </w:p>
        </w:tc>
      </w:tr>
      <w:tr>
        <w:tc>
          <w:tcPr>
            <w:tcW w:type="dxa" w:w="1440"/>
          </w:tcPr>
          <w:p>
            <w:r>
              <w:t>Suministro de bomba hidráulica Scania para los vehículos de la flota de Tussam · exp. T26023801</w:t>
            </w:r>
          </w:p>
        </w:tc>
        <w:tc>
          <w:tcPr>
            <w:tcW w:type="dxa" w:w="1440"/>
          </w:tcPr>
          <w:p>
            <w:r>
              <w:t>Gerencia de Transportes Urbanos de Sevilla, SAM · NIF A41042474</w:t>
            </w:r>
          </w:p>
        </w:tc>
        <w:tc>
          <w:tcPr>
            <w:tcW w:type="dxa" w:w="1440"/>
          </w:tcPr>
          <w:p>
            <w:r>
              <w:t>3.630,00 €</w:t>
            </w:r>
          </w:p>
        </w:tc>
        <w:tc>
          <w:tcPr>
            <w:tcW w:type="dxa" w:w="1440"/>
          </w:tcPr>
          <w:p>
            <w:r>
              <w:t>19/06/2026</w:t>
            </w:r>
          </w:p>
        </w:tc>
        <w:tc>
          <w:tcPr>
            <w:tcW w:type="dxa" w:w="1440"/>
          </w:tcPr>
          <w:p>
            <w:r>
              <w:t>19/07/2026 – 19/10/2026</w:t>
            </w:r>
          </w:p>
        </w:tc>
        <w:tc>
          <w:tcPr>
            <w:tcW w:type="dxa" w:w="1440"/>
          </w:tcPr>
          <w:p>
            <w:r>
              <w:rPr>
                <w:highlight w:val="yellow"/>
              </w:rPr>
              <w:t>rellenar</w:t>
            </w:r>
          </w:p>
        </w:tc>
      </w:tr>
      <w:tr>
        <w:tc>
          <w:tcPr>
            <w:tcW w:type="dxa" w:w="1440"/>
          </w:tcPr>
          <w:p>
            <w:r>
              <w:t>Suministro de válvulas para los vehículos de la flota de Tussam · exp. T26016601</w:t>
            </w:r>
          </w:p>
        </w:tc>
        <w:tc>
          <w:tcPr>
            <w:tcW w:type="dxa" w:w="1440"/>
          </w:tcPr>
          <w:p>
            <w:r>
              <w:t>Comisión Ejecutiva de Transportes Urbanos de Sevilla, SAM · NIF A41042474</w:t>
            </w:r>
          </w:p>
        </w:tc>
        <w:tc>
          <w:tcPr>
            <w:tcW w:type="dxa" w:w="1440"/>
          </w:tcPr>
          <w:p>
            <w:r>
              <w:t>41.110,00 €</w:t>
            </w:r>
          </w:p>
        </w:tc>
        <w:tc>
          <w:tcPr>
            <w:tcW w:type="dxa" w:w="1440"/>
          </w:tcPr>
          <w:p>
            <w:r>
              <w:t>21/04/2026</w:t>
            </w:r>
          </w:p>
        </w:tc>
        <w:tc>
          <w:tcPr>
            <w:tcW w:type="dxa" w:w="1440"/>
          </w:tcPr>
          <w:p>
            <w:r>
              <w:t>21/05/2026 – en curso</w:t>
            </w:r>
          </w:p>
        </w:tc>
        <w:tc>
          <w:tcPr>
            <w:tcW w:type="dxa" w:w="1440"/>
          </w:tcPr>
          <w:p>
            <w:r>
              <w:rPr>
                <w:highlight w:val="yellow"/>
              </w:rPr>
              <w:t>rellenar</w:t>
            </w:r>
          </w:p>
        </w:tc>
      </w:tr>
      <w:tr>
        <w:tc>
          <w:tcPr>
            <w:tcW w:type="dxa" w:w="1440"/>
          </w:tcPr>
          <w:p>
            <w:r>
              <w:t>La contratación para el suministro de bloque de válvulas EGR para autobuses Scania de EMT Madrid (lote 4) · exp. 22/059/2-sda-CD742</w:t>
            </w:r>
          </w:p>
        </w:tc>
        <w:tc>
          <w:tcPr>
            <w:tcW w:type="dxa" w:w="1440"/>
          </w:tcPr>
          <w:p>
            <w:r>
              <w:t>Empresa Municipal de Transportes de Madrid, S.A. · NIF A28046316</w:t>
            </w:r>
          </w:p>
        </w:tc>
        <w:tc>
          <w:tcPr>
            <w:tcW w:type="dxa" w:w="1440"/>
          </w:tcPr>
          <w:p>
            <w:r>
              <w:t>44.472,50 €</w:t>
            </w:r>
          </w:p>
        </w:tc>
        <w:tc>
          <w:tcPr>
            <w:tcW w:type="dxa" w:w="1440"/>
          </w:tcPr>
          <w:p>
            <w:r>
              <w:t>25/03/2026</w:t>
            </w:r>
          </w:p>
        </w:tc>
        <w:tc>
          <w:tcPr>
            <w:tcW w:type="dxa" w:w="1440"/>
          </w:tcPr>
          <w:p>
            <w:r>
              <w:t>25/04/2026 – en curso</w:t>
            </w:r>
          </w:p>
        </w:tc>
        <w:tc>
          <w:tcPr>
            <w:tcW w:type="dxa" w:w="1440"/>
          </w:tcPr>
          <w:p>
            <w:r>
              <w:rPr>
                <w:highlight w:val="yellow"/>
              </w:rPr>
              <w:t>rellenar</w:t>
            </w:r>
          </w:p>
        </w:tc>
      </w:tr>
      <w:tr>
        <w:tc>
          <w:tcPr>
            <w:tcW w:type="dxa" w:w="1440"/>
          </w:tcPr>
          <w:p>
            <w:r>
              <w:t>Suministro Amortiguadores dirección MB Citaro Euro VI y NGT, de la categoría 12 (lote 1) · exp. Compra Derivada SDA 02/2024-1278</w:t>
            </w:r>
          </w:p>
        </w:tc>
        <w:tc>
          <w:tcPr>
            <w:tcW w:type="dxa" w:w="1440"/>
          </w:tcPr>
          <w:p>
            <w:r>
              <w:t>Empresa Municipal Autobuses de Córdoba S.A. (AUCORSA) · NIF A14007074</w:t>
            </w:r>
          </w:p>
        </w:tc>
        <w:tc>
          <w:tcPr>
            <w:tcW w:type="dxa" w:w="1440"/>
          </w:tcPr>
          <w:p>
            <w:r>
              <w:t>390,00 €</w:t>
            </w:r>
          </w:p>
        </w:tc>
        <w:tc>
          <w:tcPr>
            <w:tcW w:type="dxa" w:w="1440"/>
          </w:tcPr>
          <w:p>
            <w:r>
              <w:t>23/03/2026</w:t>
            </w:r>
          </w:p>
        </w:tc>
        <w:tc>
          <w:tcPr>
            <w:tcW w:type="dxa" w:w="1440"/>
          </w:tcPr>
          <w:p>
            <w:r>
              <w:t>23/04/2026 – 28/04/2026</w:t>
            </w:r>
          </w:p>
        </w:tc>
        <w:tc>
          <w:tcPr>
            <w:tcW w:type="dxa" w:w="1440"/>
          </w:tcPr>
          <w:p>
            <w:r>
              <w:rPr>
                <w:highlight w:val="yellow"/>
              </w:rPr>
              <w:t>rellenar</w:t>
            </w:r>
          </w:p>
        </w:tc>
      </w:tr>
      <w:tr>
        <w:tc>
          <w:tcPr>
            <w:tcW w:type="dxa" w:w="1440"/>
          </w:tcPr>
          <w:p>
            <w:r>
              <w:t>Suministro casquillo regulación altura faro Citaro, soporte ajuste faro y distintas lámparas (lote 1) · exp. Compra derivada SDA 02/2024-1234</w:t>
            </w:r>
          </w:p>
        </w:tc>
        <w:tc>
          <w:tcPr>
            <w:tcW w:type="dxa" w:w="1440"/>
          </w:tcPr>
          <w:p>
            <w:r>
              <w:t>Empresa Municipal Autobuses de Córdoba S.A. (AUCORSA) · NIF A14007074</w:t>
            </w:r>
          </w:p>
        </w:tc>
        <w:tc>
          <w:tcPr>
            <w:tcW w:type="dxa" w:w="1440"/>
          </w:tcPr>
          <w:p>
            <w:r>
              <w:t>57,00 €</w:t>
            </w:r>
          </w:p>
        </w:tc>
        <w:tc>
          <w:tcPr>
            <w:tcW w:type="dxa" w:w="1440"/>
          </w:tcPr>
          <w:p>
            <w:r>
              <w:t>09/03/2026</w:t>
            </w:r>
          </w:p>
        </w:tc>
        <w:tc>
          <w:tcPr>
            <w:tcW w:type="dxa" w:w="1440"/>
          </w:tcPr>
          <w:p>
            <w:r>
              <w:t>09/03/2026 – 14/03/2026</w:t>
            </w:r>
          </w:p>
        </w:tc>
        <w:tc>
          <w:tcPr>
            <w:tcW w:type="dxa" w:w="1440"/>
          </w:tcPr>
          <w:p>
            <w:r>
              <w:rPr>
                <w:highlight w:val="yellow"/>
              </w:rPr>
              <w:t>rellenar</w:t>
            </w:r>
          </w:p>
        </w:tc>
      </w:tr>
      <w:tr>
        <w:tc>
          <w:tcPr>
            <w:tcW w:type="dxa" w:w="1440"/>
          </w:tcPr>
          <w:p>
            <w:r>
              <w:t>Suministro de separador centrífugo de aceite Scania GNC para los vehículos de la flota de Tussam · exp. T26008401</w:t>
            </w:r>
          </w:p>
        </w:tc>
        <w:tc>
          <w:tcPr>
            <w:tcW w:type="dxa" w:w="1440"/>
          </w:tcPr>
          <w:p>
            <w:r>
              <w:t>Gerencia de Transportes Urbanos de Sevilla, SAM · NIF A41042474</w:t>
            </w:r>
          </w:p>
        </w:tc>
        <w:tc>
          <w:tcPr>
            <w:tcW w:type="dxa" w:w="1440"/>
          </w:tcPr>
          <w:p>
            <w:r>
              <w:t>13.475,00 €</w:t>
            </w:r>
          </w:p>
        </w:tc>
        <w:tc>
          <w:tcPr>
            <w:tcW w:type="dxa" w:w="1440"/>
          </w:tcPr>
          <w:p>
            <w:r>
              <w:t>24/02/2026</w:t>
            </w:r>
          </w:p>
        </w:tc>
        <w:tc>
          <w:tcPr>
            <w:tcW w:type="dxa" w:w="1440"/>
          </w:tcPr>
          <w:p>
            <w:r>
              <w:t>24/03/2026 – en curso</w:t>
            </w:r>
          </w:p>
        </w:tc>
        <w:tc>
          <w:tcPr>
            <w:tcW w:type="dxa" w:w="1440"/>
          </w:tcPr>
          <w:p>
            <w:r>
              <w:rPr>
                <w:highlight w:val="yellow"/>
              </w:rPr>
              <w:t>rellenar</w:t>
            </w:r>
          </w:p>
        </w:tc>
      </w:tr>
      <w:tr>
        <w:tc>
          <w:tcPr>
            <w:tcW w:type="dxa" w:w="1440"/>
          </w:tcPr>
          <w:p>
            <w:r>
              <w:t>Suministro filtro partículas, motor longblock, sensor temperatura y varios cat-2 (lote 1) · exp. Compra derivada SDA 02/2024-798</w:t>
            </w:r>
          </w:p>
        </w:tc>
        <w:tc>
          <w:tcPr>
            <w:tcW w:type="dxa" w:w="1440"/>
          </w:tcPr>
          <w:p>
            <w:r>
              <w:t>Empresa Municipal Autobuses de Córdoba S.A. (AUCORSA) · NIF A14007074</w:t>
            </w:r>
          </w:p>
        </w:tc>
        <w:tc>
          <w:tcPr>
            <w:tcW w:type="dxa" w:w="1440"/>
          </w:tcPr>
          <w:p>
            <w:r>
              <w:t>72,00 €</w:t>
            </w:r>
          </w:p>
        </w:tc>
        <w:tc>
          <w:tcPr>
            <w:tcW w:type="dxa" w:w="1440"/>
          </w:tcPr>
          <w:p>
            <w:r>
              <w:t>07/11/2025</w:t>
            </w:r>
          </w:p>
        </w:tc>
        <w:tc>
          <w:tcPr>
            <w:tcW w:type="dxa" w:w="1440"/>
          </w:tcPr>
          <w:p>
            <w:r>
              <w:t>07/12/2025 – 12/12/2025</w:t>
            </w:r>
          </w:p>
        </w:tc>
        <w:tc>
          <w:tcPr>
            <w:tcW w:type="dxa" w:w="1440"/>
          </w:tcPr>
          <w:p>
            <w:r>
              <w:rPr>
                <w:highlight w:val="yellow"/>
              </w:rPr>
              <w:t>rellenar</w:t>
            </w:r>
          </w:p>
        </w:tc>
      </w:tr>
      <w:tr>
        <w:tc>
          <w:tcPr>
            <w:tcW w:type="dxa" w:w="1440"/>
          </w:tcPr>
          <w:p>
            <w:r>
              <w:t>Suministro de alternadores para los vehículos de la flota de Tussam · exp. T25039201</w:t>
            </w:r>
          </w:p>
        </w:tc>
        <w:tc>
          <w:tcPr>
            <w:tcW w:type="dxa" w:w="1440"/>
          </w:tcPr>
          <w:p>
            <w:r>
              <w:t>Comisión Ejecutiva de Transportes Urbanos de Sevilla, SAM · NIF A41042474</w:t>
            </w:r>
          </w:p>
        </w:tc>
        <w:tc>
          <w:tcPr>
            <w:tcW w:type="dxa" w:w="1440"/>
          </w:tcPr>
          <w:p>
            <w:r>
              <w:t>2.526,00 €</w:t>
            </w:r>
          </w:p>
        </w:tc>
        <w:tc>
          <w:tcPr>
            <w:tcW w:type="dxa" w:w="1440"/>
          </w:tcPr>
          <w:p>
            <w:r>
              <w:t>07/10/2025</w:t>
            </w:r>
          </w:p>
        </w:tc>
        <w:tc>
          <w:tcPr>
            <w:tcW w:type="dxa" w:w="1440"/>
          </w:tcPr>
          <w:p>
            <w:r>
              <w:t>07/11/2025 – en curso</w:t>
            </w:r>
          </w:p>
        </w:tc>
        <w:tc>
          <w:tcPr>
            <w:tcW w:type="dxa" w:w="1440"/>
          </w:tcPr>
          <w:p>
            <w:r>
              <w:rPr>
                <w:highlight w:val="yellow"/>
              </w:rPr>
              <w:t>rellenar</w:t>
            </w:r>
          </w:p>
        </w:tc>
      </w:tr>
      <w:tr>
        <w:tc>
          <w:tcPr>
            <w:tcW w:type="dxa" w:w="1440"/>
          </w:tcPr>
          <w:p>
            <w:r>
              <w:t>Suministro de filtros para los vehículos de la flota de Tussam · exp. T25035701</w:t>
            </w:r>
          </w:p>
        </w:tc>
        <w:tc>
          <w:tcPr>
            <w:tcW w:type="dxa" w:w="1440"/>
          </w:tcPr>
          <w:p>
            <w:r>
              <w:t>Comisión Ejecutiva de Transportes Urbanos de Sevilla, SAM · NIF A41042474</w:t>
            </w:r>
          </w:p>
        </w:tc>
        <w:tc>
          <w:tcPr>
            <w:tcW w:type="dxa" w:w="1440"/>
          </w:tcPr>
          <w:p>
            <w:r>
              <w:t>5.850,00 €</w:t>
            </w:r>
          </w:p>
        </w:tc>
        <w:tc>
          <w:tcPr>
            <w:tcW w:type="dxa" w:w="1440"/>
          </w:tcPr>
          <w:p>
            <w:r>
              <w:t>17/09/2025</w:t>
            </w:r>
          </w:p>
        </w:tc>
        <w:tc>
          <w:tcPr>
            <w:tcW w:type="dxa" w:w="1440"/>
          </w:tcPr>
          <w:p>
            <w:r>
              <w:t>17/10/2025 – 17/10/2026</w:t>
            </w:r>
          </w:p>
        </w:tc>
        <w:tc>
          <w:tcPr>
            <w:tcW w:type="dxa" w:w="1440"/>
          </w:tcPr>
          <w:p>
            <w:r>
              <w:rPr>
                <w:highlight w:val="yellow"/>
              </w:rPr>
              <w:t>rellenar</w:t>
            </w:r>
          </w:p>
        </w:tc>
      </w:tr>
      <w:tr>
        <w:tc>
          <w:tcPr>
            <w:tcW w:type="dxa" w:w="1440"/>
          </w:tcPr>
          <w:p>
            <w:r>
              <w:t>Suministro de piezas de motor para vehículos de la flota de Tussam · exp. T25034001</w:t>
            </w:r>
          </w:p>
        </w:tc>
        <w:tc>
          <w:tcPr>
            <w:tcW w:type="dxa" w:w="1440"/>
          </w:tcPr>
          <w:p>
            <w:r>
              <w:t>Gerencia de Transportes Urbanos de Sevilla, SAM · NIF A41042474</w:t>
            </w:r>
          </w:p>
        </w:tc>
        <w:tc>
          <w:tcPr>
            <w:tcW w:type="dxa" w:w="1440"/>
          </w:tcPr>
          <w:p>
            <w:r>
              <w:t>8.650,00 €</w:t>
            </w:r>
          </w:p>
        </w:tc>
        <w:tc>
          <w:tcPr>
            <w:tcW w:type="dxa" w:w="1440"/>
          </w:tcPr>
          <w:p>
            <w:r>
              <w:t>03/09/2025</w:t>
            </w:r>
          </w:p>
        </w:tc>
        <w:tc>
          <w:tcPr>
            <w:tcW w:type="dxa" w:w="1440"/>
          </w:tcPr>
          <w:p>
            <w:r>
              <w:t>03/10/2025 – 03/10/2026</w:t>
            </w:r>
          </w:p>
        </w:tc>
        <w:tc>
          <w:tcPr>
            <w:tcW w:type="dxa" w:w="1440"/>
          </w:tcPr>
          <w:p>
            <w:r>
              <w:rPr>
                <w:highlight w:val="yellow"/>
              </w:rPr>
              <w:t>rellenar</w:t>
            </w:r>
          </w:p>
        </w:tc>
      </w:tr>
      <w:tr>
        <w:tc>
          <w:tcPr>
            <w:tcW w:type="dxa" w:w="1440"/>
          </w:tcPr>
          <w:p>
            <w:r>
              <w:t>Contratación para el suministro de filtro aceite ventiladores refrigeración para los almacenes de los C.O. de EMT de Madrid (lote 7) · exp. 22/059/2-sda-CD581</w:t>
            </w:r>
          </w:p>
        </w:tc>
        <w:tc>
          <w:tcPr>
            <w:tcW w:type="dxa" w:w="1440"/>
          </w:tcPr>
          <w:p>
            <w:r>
              <w:t>Empresa Municipal de Transportes de Madrid, S.A. · NIF A28046316</w:t>
            </w:r>
          </w:p>
        </w:tc>
        <w:tc>
          <w:tcPr>
            <w:tcW w:type="dxa" w:w="1440"/>
          </w:tcPr>
          <w:p>
            <w:r>
              <w:t>14.240,00 €</w:t>
            </w:r>
          </w:p>
        </w:tc>
        <w:tc>
          <w:tcPr>
            <w:tcW w:type="dxa" w:w="1440"/>
          </w:tcPr>
          <w:p>
            <w:r>
              <w:t>09/07/2025</w:t>
            </w:r>
          </w:p>
        </w:tc>
        <w:tc>
          <w:tcPr>
            <w:tcW w:type="dxa" w:w="1440"/>
          </w:tcPr>
          <w:p>
            <w:r>
              <w:t>09/08/2025 – en curso</w:t>
            </w:r>
          </w:p>
        </w:tc>
        <w:tc>
          <w:tcPr>
            <w:tcW w:type="dxa" w:w="1440"/>
          </w:tcPr>
          <w:p>
            <w:r>
              <w:rPr>
                <w:highlight w:val="yellow"/>
              </w:rPr>
              <w:t>rellenar</w:t>
            </w:r>
          </w:p>
        </w:tc>
      </w:tr>
      <w:tr>
        <w:tc>
          <w:tcPr>
            <w:tcW w:type="dxa" w:w="1440"/>
          </w:tcPr>
          <w:p>
            <w:r>
              <w:t>Suministro de cartucho filtro combustible más junta Scania n280 para autobuses de EMT de Madrid (lote 5) · exp. 22/059/2-sda-CD582</w:t>
            </w:r>
          </w:p>
        </w:tc>
        <w:tc>
          <w:tcPr>
            <w:tcW w:type="dxa" w:w="1440"/>
          </w:tcPr>
          <w:p>
            <w:r>
              <w:t>Empresa Municipal de Transportes de Madrid, S.A. · NIF A28046316</w:t>
            </w:r>
          </w:p>
        </w:tc>
        <w:tc>
          <w:tcPr>
            <w:tcW w:type="dxa" w:w="1440"/>
          </w:tcPr>
          <w:p>
            <w:r>
              <w:t>182.900,00 €</w:t>
            </w:r>
          </w:p>
        </w:tc>
        <w:tc>
          <w:tcPr>
            <w:tcW w:type="dxa" w:w="1440"/>
          </w:tcPr>
          <w:p>
            <w:r>
              <w:t>04/07/2025</w:t>
            </w:r>
          </w:p>
        </w:tc>
        <w:tc>
          <w:tcPr>
            <w:tcW w:type="dxa" w:w="1440"/>
          </w:tcPr>
          <w:p>
            <w:r>
              <w:t>04/07/2025 – en curso</w:t>
            </w:r>
          </w:p>
        </w:tc>
        <w:tc>
          <w:tcPr>
            <w:tcW w:type="dxa" w:w="1440"/>
          </w:tcPr>
          <w:p>
            <w:r>
              <w:rPr>
                <w:highlight w:val="yellow"/>
              </w:rPr>
              <w:t>rellenar</w:t>
            </w:r>
          </w:p>
        </w:tc>
      </w:tr>
      <w:tr>
        <w:tc>
          <w:tcPr>
            <w:tcW w:type="dxa" w:w="1440"/>
          </w:tcPr>
          <w:p>
            <w:r>
              <w:t>Suministro de regulador de presión para los vehículos Scania GNC de la flota · exp. T25023201</w:t>
            </w:r>
          </w:p>
        </w:tc>
        <w:tc>
          <w:tcPr>
            <w:tcW w:type="dxa" w:w="1440"/>
          </w:tcPr>
          <w:p>
            <w:r>
              <w:t>Gerencia de Transportes Urbanos de Sevilla, SAM · NIF A41042474</w:t>
            </w:r>
          </w:p>
        </w:tc>
        <w:tc>
          <w:tcPr>
            <w:tcW w:type="dxa" w:w="1440"/>
          </w:tcPr>
          <w:p>
            <w:r>
              <w:t>2.789,00 €</w:t>
            </w:r>
          </w:p>
        </w:tc>
        <w:tc>
          <w:tcPr>
            <w:tcW w:type="dxa" w:w="1440"/>
          </w:tcPr>
          <w:p>
            <w:r>
              <w:t>06/06/2025</w:t>
            </w:r>
          </w:p>
        </w:tc>
        <w:tc>
          <w:tcPr>
            <w:tcW w:type="dxa" w:w="1440"/>
          </w:tcPr>
          <w:p>
            <w:r>
              <w:t>06/07/2025 – 06/01/2026</w:t>
            </w:r>
          </w:p>
        </w:tc>
        <w:tc>
          <w:tcPr>
            <w:tcW w:type="dxa" w:w="1440"/>
          </w:tcPr>
          <w:p>
            <w:r>
              <w:rPr>
                <w:highlight w:val="yellow"/>
              </w:rPr>
              <w:t>rellenar</w:t>
            </w:r>
          </w:p>
        </w:tc>
      </w:tr>
      <w:tr>
        <w:tc>
          <w:tcPr>
            <w:tcW w:type="dxa" w:w="1440"/>
          </w:tcPr>
          <w:p>
            <w:r>
              <w:t>Suministro de diversos tipos de rodamientos para los vehículos de la flota de Tussam · exp. T25022601</w:t>
            </w:r>
          </w:p>
        </w:tc>
        <w:tc>
          <w:tcPr>
            <w:tcW w:type="dxa" w:w="1440"/>
          </w:tcPr>
          <w:p>
            <w:r>
              <w:t>Gerencia de Transportes Urbanos de Sevilla, SAM · NIF A41042474</w:t>
            </w:r>
          </w:p>
        </w:tc>
        <w:tc>
          <w:tcPr>
            <w:tcW w:type="dxa" w:w="1440"/>
          </w:tcPr>
          <w:p>
            <w:r>
              <w:t>13.440,00 €</w:t>
            </w:r>
          </w:p>
        </w:tc>
        <w:tc>
          <w:tcPr>
            <w:tcW w:type="dxa" w:w="1440"/>
          </w:tcPr>
          <w:p>
            <w:r>
              <w:t>03/06/2025</w:t>
            </w:r>
          </w:p>
        </w:tc>
        <w:tc>
          <w:tcPr>
            <w:tcW w:type="dxa" w:w="1440"/>
          </w:tcPr>
          <w:p>
            <w:r>
              <w:t>03/07/2025 – 03/07/2026</w:t>
            </w:r>
          </w:p>
        </w:tc>
        <w:tc>
          <w:tcPr>
            <w:tcW w:type="dxa" w:w="1440"/>
          </w:tcPr>
          <w:p>
            <w:r>
              <w:rPr>
                <w:highlight w:val="yellow"/>
              </w:rPr>
              <w:t>rellenar</w:t>
            </w:r>
          </w:p>
        </w:tc>
      </w:tr>
      <w:tr>
        <w:tc>
          <w:tcPr>
            <w:tcW w:type="dxa" w:w="1440"/>
          </w:tcPr>
          <w:p>
            <w:r>
              <w:t>Suministro de materiales de repuesto de diferentes marcas para los vehículos de la flota de TUSSAM (lote 5) · exp. T25011201</w:t>
            </w:r>
          </w:p>
        </w:tc>
        <w:tc>
          <w:tcPr>
            <w:tcW w:type="dxa" w:w="1440"/>
          </w:tcPr>
          <w:p>
            <w:r>
              <w:t>Gerencia de Transportes Urbanos de Sevilla, SAM · NIF A41042474</w:t>
            </w:r>
          </w:p>
        </w:tc>
        <w:tc>
          <w:tcPr>
            <w:tcW w:type="dxa" w:w="1440"/>
          </w:tcPr>
          <w:p>
            <w:r>
              <w:t>16.920,00 €</w:t>
            </w:r>
          </w:p>
        </w:tc>
        <w:tc>
          <w:tcPr>
            <w:tcW w:type="dxa" w:w="1440"/>
          </w:tcPr>
          <w:p>
            <w:r>
              <w:t>22/04/2025</w:t>
            </w:r>
          </w:p>
        </w:tc>
        <w:tc>
          <w:tcPr>
            <w:tcW w:type="dxa" w:w="1440"/>
          </w:tcPr>
          <w:p>
            <w:r>
              <w:t>22/05/2025 – 22/05/2026</w:t>
            </w:r>
          </w:p>
        </w:tc>
        <w:tc>
          <w:tcPr>
            <w:tcW w:type="dxa" w:w="1440"/>
          </w:tcPr>
          <w:p>
            <w:r>
              <w:rPr>
                <w:highlight w:val="yellow"/>
              </w:rPr>
              <w:t>rellenar</w:t>
            </w:r>
          </w:p>
        </w:tc>
      </w:tr>
      <w:tr>
        <w:tc>
          <w:tcPr>
            <w:tcW w:type="dxa" w:w="1440"/>
          </w:tcPr>
          <w:p>
            <w:r>
              <w:t>Suministro de materiales para operaciones de reglaje de válvulas e inyección. · exp. T25012901</w:t>
            </w:r>
          </w:p>
        </w:tc>
        <w:tc>
          <w:tcPr>
            <w:tcW w:type="dxa" w:w="1440"/>
          </w:tcPr>
          <w:p>
            <w:r>
              <w:t>Gerencia de Transportes Urbanos de Sevilla, SAM · NIF A41042474</w:t>
            </w:r>
          </w:p>
        </w:tc>
        <w:tc>
          <w:tcPr>
            <w:tcW w:type="dxa" w:w="1440"/>
          </w:tcPr>
          <w:p>
            <w:r>
              <w:t>8.490,00 €</w:t>
            </w:r>
          </w:p>
        </w:tc>
        <w:tc>
          <w:tcPr>
            <w:tcW w:type="dxa" w:w="1440"/>
          </w:tcPr>
          <w:p>
            <w:r>
              <w:t>21/03/2025</w:t>
            </w:r>
          </w:p>
        </w:tc>
        <w:tc>
          <w:tcPr>
            <w:tcW w:type="dxa" w:w="1440"/>
          </w:tcPr>
          <w:p>
            <w:r>
              <w:t>21/04/2025 – 21/04/2026</w:t>
            </w:r>
          </w:p>
        </w:tc>
        <w:tc>
          <w:tcPr>
            <w:tcW w:type="dxa" w:w="1440"/>
          </w:tcPr>
          <w:p>
            <w:r>
              <w:rPr>
                <w:highlight w:val="yellow"/>
              </w:rPr>
              <w:t>rellenar</w:t>
            </w:r>
          </w:p>
        </w:tc>
      </w:tr>
      <w:tr>
        <w:tc>
          <w:tcPr>
            <w:tcW w:type="dxa" w:w="1440"/>
          </w:tcPr>
          <w:p>
            <w:r>
              <w:t>Suministro filtros aceite hidrostato, silentblock soporte radiador y distintos manguitos (lote 1) · exp. Compra derivada SDA 02/2024-62</w:t>
            </w:r>
          </w:p>
        </w:tc>
        <w:tc>
          <w:tcPr>
            <w:tcW w:type="dxa" w:w="1440"/>
          </w:tcPr>
          <w:p>
            <w:r>
              <w:t>Empresa Municipal Autobuses de Córdoba S.A. (AUCORSA) · NIF A14007074</w:t>
            </w:r>
          </w:p>
        </w:tc>
        <w:tc>
          <w:tcPr>
            <w:tcW w:type="dxa" w:w="1440"/>
          </w:tcPr>
          <w:p>
            <w:r>
              <w:t>225,00 €</w:t>
            </w:r>
          </w:p>
        </w:tc>
        <w:tc>
          <w:tcPr>
            <w:tcW w:type="dxa" w:w="1440"/>
          </w:tcPr>
          <w:p>
            <w:r>
              <w:t>21/03/2025</w:t>
            </w:r>
          </w:p>
        </w:tc>
        <w:tc>
          <w:tcPr>
            <w:tcW w:type="dxa" w:w="1440"/>
          </w:tcPr>
          <w:p>
            <w:r>
              <w:t>21/04/2025 – 26/04/2025</w:t>
            </w:r>
          </w:p>
        </w:tc>
        <w:tc>
          <w:tcPr>
            <w:tcW w:type="dxa" w:w="1440"/>
          </w:tcPr>
          <w:p>
            <w:r>
              <w:rPr>
                <w:highlight w:val="yellow"/>
              </w:rPr>
              <w:t>rellenar</w:t>
            </w:r>
          </w:p>
        </w:tc>
      </w:tr>
      <w:tr>
        <w:tc>
          <w:tcPr>
            <w:tcW w:type="dxa" w:w="1440"/>
          </w:tcPr>
          <w:p>
            <w:r>
              <w:t>Suministro válvula moduladora eje propulsor, válvula pisadera de frenos y varios cat-10 (lote 1) · exp. Compra derivada SDA 02/2024-27</w:t>
            </w:r>
          </w:p>
        </w:tc>
        <w:tc>
          <w:tcPr>
            <w:tcW w:type="dxa" w:w="1440"/>
          </w:tcPr>
          <w:p>
            <w:r>
              <w:t>Empresa Municipal Autobuses de Córdoba S.A. (AUCORSA) · NIF A14007074</w:t>
            </w:r>
          </w:p>
        </w:tc>
        <w:tc>
          <w:tcPr>
            <w:tcW w:type="dxa" w:w="1440"/>
          </w:tcPr>
          <w:p>
            <w:r>
              <w:t>984,00 €</w:t>
            </w:r>
          </w:p>
        </w:tc>
        <w:tc>
          <w:tcPr>
            <w:tcW w:type="dxa" w:w="1440"/>
          </w:tcPr>
          <w:p>
            <w:r>
              <w:t>03/03/2025</w:t>
            </w:r>
          </w:p>
        </w:tc>
        <w:tc>
          <w:tcPr>
            <w:tcW w:type="dxa" w:w="1440"/>
          </w:tcPr>
          <w:p>
            <w:r>
              <w:t>03/04/2025 – 08/04/2025</w:t>
            </w:r>
          </w:p>
        </w:tc>
        <w:tc>
          <w:tcPr>
            <w:tcW w:type="dxa" w:w="1440"/>
          </w:tcPr>
          <w:p>
            <w:r>
              <w:rPr>
                <w:highlight w:val="yellow"/>
              </w:rPr>
              <w:t>rellenar</w:t>
            </w:r>
          </w:p>
        </w:tc>
      </w:tr>
      <w:tr>
        <w:tc>
          <w:tcPr>
            <w:tcW w:type="dxa" w:w="1440"/>
          </w:tcPr>
          <w:p>
            <w:r>
              <w:t>Suministro de filtros de gas Iveco, cable manguera motor PLD Citaro y varios cat-1 (lote 1) · exp. Compra derivada SDA 02/2024-18</w:t>
            </w:r>
          </w:p>
        </w:tc>
        <w:tc>
          <w:tcPr>
            <w:tcW w:type="dxa" w:w="1440"/>
          </w:tcPr>
          <w:p>
            <w:r>
              <w:t>Empresa Municipal Autobuses de Córdoba S.A. (AUCORSA) · NIF A14007074</w:t>
            </w:r>
          </w:p>
        </w:tc>
        <w:tc>
          <w:tcPr>
            <w:tcW w:type="dxa" w:w="1440"/>
          </w:tcPr>
          <w:p>
            <w:r>
              <w:t>16,00 €</w:t>
            </w:r>
          </w:p>
        </w:tc>
        <w:tc>
          <w:tcPr>
            <w:tcW w:type="dxa" w:w="1440"/>
          </w:tcPr>
          <w:p>
            <w:r>
              <w:t>26/02/2025</w:t>
            </w:r>
          </w:p>
        </w:tc>
        <w:tc>
          <w:tcPr>
            <w:tcW w:type="dxa" w:w="1440"/>
          </w:tcPr>
          <w:p>
            <w:r>
              <w:t>26/03/2025 – 31/03/2025</w:t>
            </w:r>
          </w:p>
        </w:tc>
        <w:tc>
          <w:tcPr>
            <w:tcW w:type="dxa" w:w="1440"/>
          </w:tcPr>
          <w:p>
            <w:r>
              <w:rPr>
                <w:highlight w:val="yellow"/>
              </w:rPr>
              <w:t>rellenar</w:t>
            </w:r>
          </w:p>
        </w:tc>
      </w:tr>
      <w:tr>
        <w:tc>
          <w:tcPr>
            <w:tcW w:type="dxa" w:w="1440"/>
          </w:tcPr>
          <w:p>
            <w:r>
              <w:t>Suministro de depósitos para los vehículos de la flota · exp. T25006101</w:t>
            </w:r>
          </w:p>
        </w:tc>
        <w:tc>
          <w:tcPr>
            <w:tcW w:type="dxa" w:w="1440"/>
          </w:tcPr>
          <w:p>
            <w:r>
              <w:t>Gerencia de Transportes Urbanos de Sevilla, SAM · NIF A41042474</w:t>
            </w:r>
          </w:p>
        </w:tc>
        <w:tc>
          <w:tcPr>
            <w:tcW w:type="dxa" w:w="1440"/>
          </w:tcPr>
          <w:p>
            <w:r>
              <w:t>1.800,00 €</w:t>
            </w:r>
          </w:p>
        </w:tc>
        <w:tc>
          <w:tcPr>
            <w:tcW w:type="dxa" w:w="1440"/>
          </w:tcPr>
          <w:p>
            <w:r>
              <w:t>12/02/2025</w:t>
            </w:r>
          </w:p>
        </w:tc>
        <w:tc>
          <w:tcPr>
            <w:tcW w:type="dxa" w:w="1440"/>
          </w:tcPr>
          <w:p>
            <w:r>
              <w:t>12/03/2025 – 12/03/2026</w:t>
            </w:r>
          </w:p>
        </w:tc>
        <w:tc>
          <w:tcPr>
            <w:tcW w:type="dxa" w:w="1440"/>
          </w:tcPr>
          <w:p>
            <w:r>
              <w:rPr>
                <w:highlight w:val="yellow"/>
              </w:rPr>
              <w:t>rellenar</w:t>
            </w:r>
          </w:p>
        </w:tc>
      </w:tr>
      <w:tr>
        <w:tc>
          <w:tcPr>
            <w:tcW w:type="dxa" w:w="1440"/>
          </w:tcPr>
          <w:p>
            <w:r>
              <w:t>Suministro de alternadores de los vehículos de la flota · exp. T25001701</w:t>
            </w:r>
          </w:p>
        </w:tc>
        <w:tc>
          <w:tcPr>
            <w:tcW w:type="dxa" w:w="1440"/>
          </w:tcPr>
          <w:p>
            <w:r>
              <w:t>Gerencia de Transportes Urbanos de Sevilla, SAM · NIF A41042474</w:t>
            </w:r>
          </w:p>
        </w:tc>
        <w:tc>
          <w:tcPr>
            <w:tcW w:type="dxa" w:w="1440"/>
          </w:tcPr>
          <w:p>
            <w:r>
              <w:t>2.526,00 €</w:t>
            </w:r>
          </w:p>
        </w:tc>
        <w:tc>
          <w:tcPr>
            <w:tcW w:type="dxa" w:w="1440"/>
          </w:tcPr>
          <w:p>
            <w:r>
              <w:t>08/01/2025</w:t>
            </w:r>
          </w:p>
        </w:tc>
        <w:tc>
          <w:tcPr>
            <w:tcW w:type="dxa" w:w="1440"/>
          </w:tcPr>
          <w:p>
            <w:r>
              <w:t>08/02/2025 – 08/02/2026</w:t>
            </w:r>
          </w:p>
        </w:tc>
        <w:tc>
          <w:tcPr>
            <w:tcW w:type="dxa" w:w="1440"/>
          </w:tcPr>
          <w:p>
            <w:r>
              <w:rPr>
                <w:highlight w:val="yellow"/>
              </w:rPr>
              <w:t>rellenar</w:t>
            </w:r>
          </w:p>
        </w:tc>
      </w:tr>
      <w:tr>
        <w:tc>
          <w:tcPr>
            <w:tcW w:type="dxa" w:w="1440"/>
          </w:tcPr>
          <w:p>
            <w:r>
              <w:t>Suministro filtros gasoil IVECO, tornillos, anillos tóricos y arandelas (lote 1) · exp. Compra derivada SDA 02/2023-1283</w:t>
            </w:r>
          </w:p>
        </w:tc>
        <w:tc>
          <w:tcPr>
            <w:tcW w:type="dxa" w:w="1440"/>
          </w:tcPr>
          <w:p>
            <w:r>
              <w:t>Empresa Municipal Autobuses de Córdoba S.A. (AUCORSA) · NIF A14007074</w:t>
            </w:r>
          </w:p>
        </w:tc>
        <w:tc>
          <w:tcPr>
            <w:tcW w:type="dxa" w:w="1440"/>
          </w:tcPr>
          <w:p>
            <w:r>
              <w:t>142,80 €</w:t>
            </w:r>
          </w:p>
        </w:tc>
        <w:tc>
          <w:tcPr>
            <w:tcW w:type="dxa" w:w="1440"/>
          </w:tcPr>
          <w:p>
            <w:r>
              <w:t>04/12/2024</w:t>
            </w:r>
          </w:p>
        </w:tc>
        <w:tc>
          <w:tcPr>
            <w:tcW w:type="dxa" w:w="1440"/>
          </w:tcPr>
          <w:p>
            <w:r>
              <w:t>04/12/2024 – 09/12/2024</w:t>
            </w:r>
          </w:p>
        </w:tc>
        <w:tc>
          <w:tcPr>
            <w:tcW w:type="dxa" w:w="1440"/>
          </w:tcPr>
          <w:p>
            <w:r>
              <w:rPr>
                <w:highlight w:val="yellow"/>
              </w:rPr>
              <w:t>rellenar</w:t>
            </w:r>
          </w:p>
        </w:tc>
      </w:tr>
      <w:tr>
        <w:tc>
          <w:tcPr>
            <w:tcW w:type="dxa" w:w="1440"/>
          </w:tcPr>
          <w:p>
            <w:r>
              <w:t>Suministro fuelles suspensión, válvulas calefacción techo y varios cat-6 (lote 1) · exp. Compra derivada SDA 02/2023-1287</w:t>
            </w:r>
          </w:p>
        </w:tc>
        <w:tc>
          <w:tcPr>
            <w:tcW w:type="dxa" w:w="1440"/>
          </w:tcPr>
          <w:p>
            <w:r>
              <w:t>Empresa Municipal Autobuses de Córdoba S.A. (AUCORSA) · NIF A14007074</w:t>
            </w:r>
          </w:p>
        </w:tc>
        <w:tc>
          <w:tcPr>
            <w:tcW w:type="dxa" w:w="1440"/>
          </w:tcPr>
          <w:p>
            <w:r>
              <w:t>126,00 €</w:t>
            </w:r>
          </w:p>
        </w:tc>
        <w:tc>
          <w:tcPr>
            <w:tcW w:type="dxa" w:w="1440"/>
          </w:tcPr>
          <w:p>
            <w:r>
              <w:t>02/12/2024</w:t>
            </w:r>
          </w:p>
        </w:tc>
        <w:tc>
          <w:tcPr>
            <w:tcW w:type="dxa" w:w="1440"/>
          </w:tcPr>
          <w:p>
            <w:r>
              <w:t>02/12/2024 – 07/12/2024</w:t>
            </w:r>
          </w:p>
        </w:tc>
        <w:tc>
          <w:tcPr>
            <w:tcW w:type="dxa" w:w="1440"/>
          </w:tcPr>
          <w:p>
            <w:r>
              <w:rPr>
                <w:highlight w:val="yellow"/>
              </w:rPr>
              <w:t>rellenar</w:t>
            </w:r>
          </w:p>
        </w:tc>
      </w:tr>
      <w:tr>
        <w:tc>
          <w:tcPr>
            <w:tcW w:type="dxa" w:w="1440"/>
          </w:tcPr>
          <w:p>
            <w:r>
              <w:t>Suministro de módulo de filtro bomba de agua, tubería de bomba de agua y varios cat-2 (lote 1) · exp. Compra derivada SDA 02/2023-1246</w:t>
            </w:r>
          </w:p>
        </w:tc>
        <w:tc>
          <w:tcPr>
            <w:tcW w:type="dxa" w:w="1440"/>
          </w:tcPr>
          <w:p>
            <w:r>
              <w:t>Empresa Municipal Autobuses de Córdoba S.A. (AUCORSA) · NIF A14007074</w:t>
            </w:r>
          </w:p>
        </w:tc>
        <w:tc>
          <w:tcPr>
            <w:tcW w:type="dxa" w:w="1440"/>
          </w:tcPr>
          <w:p>
            <w:r>
              <w:t>60,00 €</w:t>
            </w:r>
          </w:p>
        </w:tc>
        <w:tc>
          <w:tcPr>
            <w:tcW w:type="dxa" w:w="1440"/>
          </w:tcPr>
          <w:p>
            <w:r>
              <w:t>15/11/2024</w:t>
            </w:r>
          </w:p>
        </w:tc>
        <w:tc>
          <w:tcPr>
            <w:tcW w:type="dxa" w:w="1440"/>
          </w:tcPr>
          <w:p>
            <w:r>
              <w:t>15/11/2024 – 20/11/2024</w:t>
            </w:r>
          </w:p>
        </w:tc>
        <w:tc>
          <w:tcPr>
            <w:tcW w:type="dxa" w:w="1440"/>
          </w:tcPr>
          <w:p>
            <w:r>
              <w:rPr>
                <w:highlight w:val="yellow"/>
              </w:rPr>
              <w:t>rellenar</w:t>
            </w:r>
          </w:p>
        </w:tc>
      </w:tr>
      <w:tr>
        <w:tc>
          <w:tcPr>
            <w:tcW w:type="dxa" w:w="1440"/>
          </w:tcPr>
          <w:p>
            <w:r>
              <w:t>Suministro de volantes de los vehículos de la flota · exp. T24032101</w:t>
            </w:r>
          </w:p>
        </w:tc>
        <w:tc>
          <w:tcPr>
            <w:tcW w:type="dxa" w:w="1440"/>
          </w:tcPr>
          <w:p>
            <w:r>
              <w:t>Gerencia de Transportes Urbanos de Sevilla, SAM · NIF A41042474</w:t>
            </w:r>
          </w:p>
        </w:tc>
        <w:tc>
          <w:tcPr>
            <w:tcW w:type="dxa" w:w="1440"/>
          </w:tcPr>
          <w:p>
            <w:r>
              <w:t>3.657,00 €</w:t>
            </w:r>
          </w:p>
        </w:tc>
        <w:tc>
          <w:tcPr>
            <w:tcW w:type="dxa" w:w="1440"/>
          </w:tcPr>
          <w:p>
            <w:r>
              <w:t>23/08/2024</w:t>
            </w:r>
          </w:p>
        </w:tc>
        <w:tc>
          <w:tcPr>
            <w:tcW w:type="dxa" w:w="1440"/>
          </w:tcPr>
          <w:p>
            <w:r>
              <w:t>23/09/2024 – 23/09/2025</w:t>
            </w:r>
          </w:p>
        </w:tc>
        <w:tc>
          <w:tcPr>
            <w:tcW w:type="dxa" w:w="1440"/>
          </w:tcPr>
          <w:p>
            <w:r>
              <w:rPr>
                <w:highlight w:val="yellow"/>
              </w:rPr>
              <w:t>rellenar</w:t>
            </w:r>
          </w:p>
        </w:tc>
      </w:tr>
      <w:tr>
        <w:tc>
          <w:tcPr>
            <w:tcW w:type="dxa" w:w="1440"/>
          </w:tcPr>
          <w:p>
            <w:r>
              <w:t>El objeto de este procedimiento es la contratación del suministro de cartucho filtro combustible más junta Scania n280 para autobuses de EMT de Madrid · exp. 22/059/2-sda-CD426</w:t>
            </w:r>
          </w:p>
        </w:tc>
        <w:tc>
          <w:tcPr>
            <w:tcW w:type="dxa" w:w="1440"/>
          </w:tcPr>
          <w:p>
            <w:r>
              <w:t>Empresa Municipal de Transportes de Madrid, S.A. · NIF A28046316</w:t>
            </w:r>
          </w:p>
        </w:tc>
        <w:tc>
          <w:tcPr>
            <w:tcW w:type="dxa" w:w="1440"/>
          </w:tcPr>
          <w:p>
            <w:r>
              <w:t>91.520,00 €</w:t>
            </w:r>
          </w:p>
        </w:tc>
        <w:tc>
          <w:tcPr>
            <w:tcW w:type="dxa" w:w="1440"/>
          </w:tcPr>
          <w:p>
            <w:r>
              <w:t>18/08/2024</w:t>
            </w:r>
          </w:p>
        </w:tc>
        <w:tc>
          <w:tcPr>
            <w:tcW w:type="dxa" w:w="1440"/>
          </w:tcPr>
          <w:p>
            <w:r>
              <w:t>18/09/2024 – 18/09/2025</w:t>
            </w:r>
          </w:p>
        </w:tc>
        <w:tc>
          <w:tcPr>
            <w:tcW w:type="dxa" w:w="1440"/>
          </w:tcPr>
          <w:p>
            <w:r>
              <w:rPr>
                <w:highlight w:val="yellow"/>
              </w:rPr>
              <w:t>rellenar</w:t>
            </w:r>
          </w:p>
        </w:tc>
      </w:tr>
      <w:tr>
        <w:tc>
          <w:tcPr>
            <w:tcW w:type="dxa" w:w="1440"/>
          </w:tcPr>
          <w:p>
            <w:r>
              <w:t>Suministro de turbocompresores y sus válvulas de los vehículos de la flota. · exp. T240119901</w:t>
            </w:r>
          </w:p>
        </w:tc>
        <w:tc>
          <w:tcPr>
            <w:tcW w:type="dxa" w:w="1440"/>
          </w:tcPr>
          <w:p>
            <w:r>
              <w:t>Gerencia de Transportes Urbanos de Sevilla, SAM · NIF A41042474</w:t>
            </w:r>
          </w:p>
        </w:tc>
        <w:tc>
          <w:tcPr>
            <w:tcW w:type="dxa" w:w="1440"/>
          </w:tcPr>
          <w:p>
            <w:r>
              <w:t>2.451,20 €</w:t>
            </w:r>
          </w:p>
        </w:tc>
        <w:tc>
          <w:tcPr>
            <w:tcW w:type="dxa" w:w="1440"/>
          </w:tcPr>
          <w:p>
            <w:r>
              <w:t>28/05/2024</w:t>
            </w:r>
          </w:p>
        </w:tc>
        <w:tc>
          <w:tcPr>
            <w:tcW w:type="dxa" w:w="1440"/>
          </w:tcPr>
          <w:p>
            <w:r>
              <w:t>28/06/2024 – 28/06/2025</w:t>
            </w:r>
          </w:p>
        </w:tc>
        <w:tc>
          <w:tcPr>
            <w:tcW w:type="dxa" w:w="1440"/>
          </w:tcPr>
          <w:p>
            <w:r>
              <w:rPr>
                <w:highlight w:val="yellow"/>
              </w:rPr>
              <w:t>rellenar</w:t>
            </w:r>
          </w:p>
        </w:tc>
      </w:tr>
      <w:tr>
        <w:tc>
          <w:tcPr>
            <w:tcW w:type="dxa" w:w="1440"/>
          </w:tcPr>
          <w:p>
            <w:r>
              <w:t>Suministro discos de freno, juego de pastillas y varios cat-10 (lote 1) · exp. Compra derivada SDA 02/2023-767</w:t>
            </w:r>
          </w:p>
        </w:tc>
        <w:tc>
          <w:tcPr>
            <w:tcW w:type="dxa" w:w="1440"/>
          </w:tcPr>
          <w:p>
            <w:r>
              <w:t>Empresa Municipal Autobuses de Córdoba S.A. (AUCORSA) · NIF A14007074</w:t>
            </w:r>
          </w:p>
        </w:tc>
        <w:tc>
          <w:tcPr>
            <w:tcW w:type="dxa" w:w="1440"/>
          </w:tcPr>
          <w:p>
            <w:r>
              <w:t>380,00 €</w:t>
            </w:r>
          </w:p>
        </w:tc>
        <w:tc>
          <w:tcPr>
            <w:tcW w:type="dxa" w:w="1440"/>
          </w:tcPr>
          <w:p>
            <w:r>
              <w:t>27/05/2024</w:t>
            </w:r>
          </w:p>
        </w:tc>
        <w:tc>
          <w:tcPr>
            <w:tcW w:type="dxa" w:w="1440"/>
          </w:tcPr>
          <w:p>
            <w:r>
              <w:t>27/06/2024 – 02/07/2024</w:t>
            </w:r>
          </w:p>
        </w:tc>
        <w:tc>
          <w:tcPr>
            <w:tcW w:type="dxa" w:w="1440"/>
          </w:tcPr>
          <w:p>
            <w:r>
              <w:rPr>
                <w:highlight w:val="yellow"/>
              </w:rPr>
              <w:t>rellenar</w:t>
            </w:r>
          </w:p>
        </w:tc>
      </w:tr>
      <w:tr>
        <w:tc>
          <w:tcPr>
            <w:tcW w:type="dxa" w:w="1440"/>
          </w:tcPr>
          <w:p>
            <w:r>
              <w:t>Suministro de filtros aceite, tapón depósito, motor arranque, inyector y varios cat. 2 (lote 1) · exp. Compra Derivada SDA 02/2023 - 461</w:t>
            </w:r>
          </w:p>
        </w:tc>
        <w:tc>
          <w:tcPr>
            <w:tcW w:type="dxa" w:w="1440"/>
          </w:tcPr>
          <w:p>
            <w:r>
              <w:t>Empresa Municipal Autobuses de Córdoba S.A. (AUCORSA) · NIF A14007074</w:t>
            </w:r>
          </w:p>
        </w:tc>
        <w:tc>
          <w:tcPr>
            <w:tcW w:type="dxa" w:w="1440"/>
          </w:tcPr>
          <w:p>
            <w:r>
              <w:t>8,50 €</w:t>
            </w:r>
          </w:p>
        </w:tc>
        <w:tc>
          <w:tcPr>
            <w:tcW w:type="dxa" w:w="1440"/>
          </w:tcPr>
          <w:p>
            <w:r>
              <w:t>21/03/2024</w:t>
            </w:r>
          </w:p>
        </w:tc>
        <w:tc>
          <w:tcPr>
            <w:tcW w:type="dxa" w:w="1440"/>
          </w:tcPr>
          <w:p>
            <w:r>
              <w:t>21/04/2024 – 26/04/2024</w:t>
            </w:r>
          </w:p>
        </w:tc>
        <w:tc>
          <w:tcPr>
            <w:tcW w:type="dxa" w:w="1440"/>
          </w:tcPr>
          <w:p>
            <w:r>
              <w:rPr>
                <w:highlight w:val="yellow"/>
              </w:rPr>
              <w:t>rellenar</w:t>
            </w:r>
          </w:p>
        </w:tc>
      </w:tr>
      <w:tr>
        <w:tc>
          <w:tcPr>
            <w:tcW w:type="dxa" w:w="1440"/>
          </w:tcPr>
          <w:p>
            <w:r>
              <w:t>El objeto de este procedimiento es la contratación del suministro de salpicaderos para autobuses Scania de EMT Madrid. · exp. 22/059/2-sda-CD340</w:t>
            </w:r>
          </w:p>
        </w:tc>
        <w:tc>
          <w:tcPr>
            <w:tcW w:type="dxa" w:w="1440"/>
          </w:tcPr>
          <w:p>
            <w:r>
              <w:t>Empresa Municipal de Transportes de Madrid, S.A. · NIF A28046316</w:t>
            </w:r>
          </w:p>
        </w:tc>
        <w:tc>
          <w:tcPr>
            <w:tcW w:type="dxa" w:w="1440"/>
          </w:tcPr>
          <w:p>
            <w:r>
              <w:t>36.180,00 €</w:t>
            </w:r>
          </w:p>
        </w:tc>
        <w:tc>
          <w:tcPr>
            <w:tcW w:type="dxa" w:w="1440"/>
          </w:tcPr>
          <w:p>
            <w:r>
              <w:t>20/03/2024</w:t>
            </w:r>
          </w:p>
        </w:tc>
        <w:tc>
          <w:tcPr>
            <w:tcW w:type="dxa" w:w="1440"/>
          </w:tcPr>
          <w:p>
            <w:r>
              <w:t>29/04/2024 – 29/04/2025</w:t>
            </w:r>
          </w:p>
        </w:tc>
        <w:tc>
          <w:tcPr>
            <w:tcW w:type="dxa" w:w="1440"/>
          </w:tcPr>
          <w:p>
            <w:r>
              <w:rPr>
                <w:highlight w:val="yellow"/>
              </w:rPr>
              <w:t>rellenar</w:t>
            </w:r>
          </w:p>
        </w:tc>
      </w:tr>
      <w:tr>
        <w:tc>
          <w:tcPr>
            <w:tcW w:type="dxa" w:w="1440"/>
          </w:tcPr>
          <w:p>
            <w:r>
              <w:t>Suministro de discos de freno, juego de pastillas de freno y válvula purga automática (lote 1) · exp. Compra derivada SDA 02/2023-496</w:t>
            </w:r>
          </w:p>
        </w:tc>
        <w:tc>
          <w:tcPr>
            <w:tcW w:type="dxa" w:w="1440"/>
          </w:tcPr>
          <w:p>
            <w:r>
              <w:t>Empresa Municipal Autobuses de Córdoba S.A. (AUCORSA) · NIF A14007074</w:t>
            </w:r>
          </w:p>
        </w:tc>
        <w:tc>
          <w:tcPr>
            <w:tcW w:type="dxa" w:w="1440"/>
          </w:tcPr>
          <w:p>
            <w:r>
              <w:t>800,00 €</w:t>
            </w:r>
          </w:p>
        </w:tc>
        <w:tc>
          <w:tcPr>
            <w:tcW w:type="dxa" w:w="1440"/>
          </w:tcPr>
          <w:p>
            <w:r>
              <w:t>21/02/2024</w:t>
            </w:r>
          </w:p>
        </w:tc>
        <w:tc>
          <w:tcPr>
            <w:tcW w:type="dxa" w:w="1440"/>
          </w:tcPr>
          <w:p>
            <w:r>
              <w:t>21/03/2024 – 26/03/2024</w:t>
            </w:r>
          </w:p>
        </w:tc>
        <w:tc>
          <w:tcPr>
            <w:tcW w:type="dxa" w:w="1440"/>
          </w:tcPr>
          <w:p>
            <w:r>
              <w:rPr>
                <w:highlight w:val="yellow"/>
              </w:rPr>
              <w:t>rellenar</w:t>
            </w:r>
          </w:p>
        </w:tc>
      </w:tr>
      <w:tr>
        <w:tc>
          <w:tcPr>
            <w:tcW w:type="dxa" w:w="1440"/>
          </w:tcPr>
          <w:p>
            <w:r>
              <w:t>Suministro de silentblock, anillos tóricos, racores, varilla y filtros gasoil (lote 1) · exp. Compra Derivada SDA 02/2023 - 421</w:t>
            </w:r>
          </w:p>
        </w:tc>
        <w:tc>
          <w:tcPr>
            <w:tcW w:type="dxa" w:w="1440"/>
          </w:tcPr>
          <w:p>
            <w:r>
              <w:t>Empresa Municipal Autobuses de Córdoba S.A. (AUCORSA) · NIF A14007074</w:t>
            </w:r>
          </w:p>
        </w:tc>
        <w:tc>
          <w:tcPr>
            <w:tcW w:type="dxa" w:w="1440"/>
          </w:tcPr>
          <w:p>
            <w:r>
              <w:t>190,00 €</w:t>
            </w:r>
          </w:p>
        </w:tc>
        <w:tc>
          <w:tcPr>
            <w:tcW w:type="dxa" w:w="1440"/>
          </w:tcPr>
          <w:p>
            <w:r>
              <w:t>19/01/2024</w:t>
            </w:r>
          </w:p>
        </w:tc>
        <w:tc>
          <w:tcPr>
            <w:tcW w:type="dxa" w:w="1440"/>
          </w:tcPr>
          <w:p>
            <w:r>
              <w:t>19/02/2024 – 24/02/2024</w:t>
            </w:r>
          </w:p>
        </w:tc>
        <w:tc>
          <w:tcPr>
            <w:tcW w:type="dxa" w:w="1440"/>
          </w:tcPr>
          <w:p>
            <w:r>
              <w:rPr>
                <w:highlight w:val="yellow"/>
              </w:rPr>
              <w:t>rellenar</w:t>
            </w:r>
          </w:p>
        </w:tc>
      </w:tr>
      <w:tr>
        <w:tc>
          <w:tcPr>
            <w:tcW w:type="dxa" w:w="1440"/>
          </w:tcPr>
          <w:p>
            <w:r>
              <w:t>Suministro de barras torsión, retenes brazo suspensión y tirantas barra estabilizadora (lote 1) · exp. Compra Derivada SDA 02/2023 -418</w:t>
            </w:r>
          </w:p>
        </w:tc>
        <w:tc>
          <w:tcPr>
            <w:tcW w:type="dxa" w:w="1440"/>
          </w:tcPr>
          <w:p>
            <w:r>
              <w:t>Empresa Municipal Autobuses de Córdoba S.A. (AUCORSA) · NIF A14007074</w:t>
            </w:r>
          </w:p>
        </w:tc>
        <w:tc>
          <w:tcPr>
            <w:tcW w:type="dxa" w:w="1440"/>
          </w:tcPr>
          <w:p>
            <w:r>
              <w:t>45,00 €</w:t>
            </w:r>
          </w:p>
        </w:tc>
        <w:tc>
          <w:tcPr>
            <w:tcW w:type="dxa" w:w="1440"/>
          </w:tcPr>
          <w:p>
            <w:r>
              <w:t>16/01/2024</w:t>
            </w:r>
          </w:p>
        </w:tc>
        <w:tc>
          <w:tcPr>
            <w:tcW w:type="dxa" w:w="1440"/>
          </w:tcPr>
          <w:p>
            <w:r>
              <w:t>16/02/2024 – 21/02/2024</w:t>
            </w:r>
          </w:p>
        </w:tc>
        <w:tc>
          <w:tcPr>
            <w:tcW w:type="dxa" w:w="1440"/>
          </w:tcPr>
          <w:p>
            <w:r>
              <w:rPr>
                <w:highlight w:val="yellow"/>
              </w:rPr>
              <w:t>rellenar</w:t>
            </w:r>
          </w:p>
        </w:tc>
      </w:tr>
    </w:tbl>
    <w:p/>
    <w:p>
      <w:r>
        <w:rPr>
          <w:b/>
        </w:rPr>
        <w:t>Importe adjudicado en el periodo: 511.547,20 € sin IVA, en 36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motor turbina con electrónica A/A, motor condensador A/A, presostato alta A/A y filtros evaporadores Citaro», lote 1, expediente Compra derivada SDA 02/2024-1741, adjudicado el 03/09/2026 por 755,20 €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03/10/2026 a 08/10/2026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Amortiguadores dirección MB CITARO Euro VI y NGT, de la categoría 12», lote 1, expediente Compra Derivada SDA 02/2024-1786, adjudicado el 27/08/2026 por 390,00 €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27/09/2026 a 02/10/2026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Comisión Ejecutiva de Transportes Urbanos de Sevilla, SAM (NIF A41042474)</w:t>
      </w:r>
    </w:p>
    <w:p>
      <w:r>
        <w:t xml:space="preserve">INTERNATIONAL DELIVERY PARTS 2008 S.L.U, con NIF B99209249, adjudicataria del contrato «Suministro de materiales de frenos para los vehículos de la flota de Tussam», expediente T26024501, adjudicado el 26/06/2026 por 10.279,00 €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26/07/2026 a 26/07/2027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bomba hidráulica Scania para los vehículos de la flota de Tussam», expediente T26023801, adjudicado el 19/06/2026 por 3.630,00 €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19/07/2026 a 19/10/2026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Comisión Ejecutiva de Transportes Urbanos de Sevilla, SAM (NIF A41042474)</w:t>
      </w:r>
    </w:p>
    <w:p>
      <w:r>
        <w:t xml:space="preserve">INTERNATIONAL DELIVERY PARTS 2008 S.L.U, con NIF B99209249, adjudicataria del contrato «Suministro de válvulas para los vehículos de la flota de Tussam», expediente T26016601, adjudicado el 21/04/2026 por 41.110,00 €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21/05/2026 a 21/05/2027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INTERNATIONAL DELIVERY PARTS 2008 S.L.U, con NIF B99209249, adjudicataria del contrato «La contratación para el suministro de bloque de válvulas EGR para autobuses Scania de EMT Madrid», lote 4, expediente 22/059/2-sda-CD742, adjudicado el 25/03/2026 por 44.472,50 €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25/04/2026 a 25/04/2027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Amortiguadores dirección MB Citaro Euro VI y NGT, de la categoría 12», lote 1, expediente Compra Derivada SDA 02/2024-1278, adjudicado el 23/03/2026 por 390,00 €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23/04/2026 a 28/04/2026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casquillo regulación altura faro Citaro, soporte ajuste faro y distintas lámparas», lote 1, expediente Compra derivada SDA 02/2024-1234, adjudicado el 09/03/2026 por 57,00 €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09/03/2026 a 14/03/2026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separador centrífugo de aceite Scania GNC para los vehículos de la flota de Tussam», expediente T26008401, adjudicado el 24/02/2026 por 13.475,00 €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24/03/2027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filtro partículas, motor longblock, sensor temperatura y varios cat-2», lote 1, expediente Compra derivada SDA 02/2024-798, adjudicado el 07/11/2025 por 72,00 €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07/12/2025 a 12/12/2025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Comisión Ejecutiva de Transportes Urbanos de Sevilla, SAM (NIF A41042474)</w:t>
      </w:r>
    </w:p>
    <w:p>
      <w:r>
        <w:t xml:space="preserve">INTERNATIONAL DELIVERY PARTS 2008 S.L.U, con NIF B99209249, adjudicataria del contrato «Suministro de alternadores para los vehículos de la flota de Tussam», expediente T25039201, adjudicado el 07/10/2025 por 2.526,00 €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07/11/2025 a 07/11/2026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Comisión Ejecutiva de Transportes Urbanos de Sevilla, SAM (NIF A41042474)</w:t>
      </w:r>
    </w:p>
    <w:p>
      <w:r>
        <w:t xml:space="preserve">INTERNATIONAL DELIVERY PARTS 2008 S.L.U, con NIF B99209249, adjudicataria del contrato «Suministro de filtros para los vehículos de la flota de Tussam», expediente T25035701, adjudicado el 17/09/2025 por 5.850,00 €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17/10/2025 a 17/10/2026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piezas de motor para vehículos de la flota de Tussam», expediente T25034001, adjudicado el 03/09/2025 por 8.650,00 €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03/10/2025 a 03/10/2026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INTERNATIONAL DELIVERY PARTS 2008 S.L.U, con NIF B99209249, adjudicataria del contrato «Contratación para el suministro de filtro aceite ventiladores refrigeración para los almacenes de los C.O. de EMT de Madrid», lote 7, expediente 22/059/2-sda-CD581, adjudicado el 09/07/2025 por 14.240,00 €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09/08/2025 a 09/08/2027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INTERNATIONAL DELIVERY PARTS 2008 S.L.U, con NIF B99209249, adjudicataria del contrato «Suministro de cartucho filtro combustible más junta Scania n280 para autobuses de EMT de Madrid», lote 5, expediente 22/059/2-sda-CD582, adjudicado el 04/07/2025 por 182.900,00 €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04/07/2025 a 04/07/2027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regulador de presión para los vehículos Scania GNC de la flota», expediente T25023201, adjudicado el 06/06/2025 por 2.789,00 €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06/07/2025 a 06/01/2026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diversos tipos de rodamientos para los vehículos de la flota de Tussam», expediente T25022601, adjudicado el 03/06/2025 por 13.440,00 €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03/07/2025 a 03/07/2026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materiales de repuesto de diferentes marcas para los vehículos de la flota de TUSSAM», lote 5, expediente T25011201, adjudicado el 22/04/2025 por 16.920,00 €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22/05/2025 a 22/05/2026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materiales para operaciones de reglaje de válvulas e inyección.», expediente T25012901, adjudicado el 21/03/2025 por 8.490,00 €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21/04/2025 a 21/04/2026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filtros aceite hidrostato, silentblock soporte radiador y distintos manguitos», lote 1, expediente Compra derivada SDA 02/2024-62, adjudicado el 21/03/2025 por 225,00 €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21/04/2025 a 26/04/2025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válvula moduladora eje propulsor, válvula pisadera de frenos y varios cat-10», lote 1, expediente Compra derivada SDA 02/2024-27, adjudicado el 03/03/2025 por 984,00 €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03/04/2025 a 08/04/2025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filtros de gas Iveco, cable manguera motor PLD Citaro y varios cat-1», lote 1, expediente Compra derivada SDA 02/2024-18, adjudicado el 26/02/2025 por 16,00 €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26/03/2025 a 31/03/2025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depósitos para los vehículos de la flota», expediente T25006101, adjudicado el 12/02/2025 por 1.800,00 €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12/03/2025 a 12/03/2026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alternadores de los vehículos de la flota», expediente T25001701, adjudicado el 08/01/2025 por 2.526,00 €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08/02/2025 a 08/02/2026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filtros gasoil IVECO, tornillos, anillos tóricos y arandelas», lote 1, expediente Compra derivada SDA 02/2023-1283, adjudicado el 04/12/2024 por 142,80 €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04/12/2024 a 09/12/2024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fuelles suspensión, válvulas calefacción techo y varios cat-6», lote 1, expediente Compra derivada SDA 02/2023-1287, adjudicado el 02/12/2024 por 126,00 €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02/12/2024 a 07/12/2024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módulo de filtro bomba de agua, tubería de bomba de agua y varios cat-2», lote 1, expediente Compra derivada SDA 02/2023-1246, adjudicado el 15/11/2024 por 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15/11/2024 a 20/11/2024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volantes de los vehículos de la flota», expediente T24032101, adjudicado el 23/08/2024 por 3.657,00 €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23/09/2024 a 23/09/2025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INTERNATIONAL DELIVERY PARTS 2008 S.L.U, con NIF B99209249, adjudicataria del contrato «El objeto de este procedimiento es la contratación del suministro de cartucho filtro combustible más junta Scania n280 para autobuses de EMT de Madrid», expediente 22/059/2-sda-CD426, adjudicado el 18/08/2024 por 91.520,00 €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18/09/2024 a 18/09/2025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Transportes Urbanos de Sevilla, SAM (NIF A41042474)</w:t>
      </w:r>
    </w:p>
    <w:p>
      <w:r>
        <w:t xml:space="preserve">INTERNATIONAL DELIVERY PARTS 2008 S.L.U, con NIF B99209249, adjudicataria del contrato «Suministro de turbocompresores y sus válvulas de los vehículos de la flota.», expediente T240119901, adjudicado el 28/05/2024 por 2.451,20 €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28/06/2024 a 28/06/2025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discos de freno, juego de pastillas y varios cat-10», lote 1, expediente Compra derivada SDA 02/2023-767, adjudicado el 27/05/2024 por 380,00 €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27/06/2024 a 02/07/2024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filtros aceite, tapón depósito, motor arranque, inyector y varios cat. 2», lote 1, expediente Compra Derivada SDA 02/2023 - 461, adjudicado el 21/03/2024 por 8,50 €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21/04/2024 a 26/04/2024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INTERNATIONAL DELIVERY PARTS 2008 S.L.U, con NIF B99209249, adjudicataria del contrato «El objeto de este procedimiento es la contratación del suministro de salpicaderos para autobuses Scania de EMT Madrid.», expediente 22/059/2-sda-CD340, adjudicado el 20/03/2024 por 36.180,00 €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29/04/2024 a 29/04/2025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discos de freno, juego de pastillas de freno y válvula purga automática», lote 1, expediente Compra derivada SDA 02/2023-496, adjudicado el 21/02/2024 por 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21/03/2024 a 26/03/2024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silentblock, anillos tóricos, racores, varilla y filtros gasoil», lote 1, expediente Compra Derivada SDA 02/2023 - 421, adjudicado el 19/01/2024 por 190,00 €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19/02/2024 a 24/02/2024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Autobuses de Córdoba S.A. (AUCORSA) (NIF A14007074)</w:t>
      </w:r>
    </w:p>
    <w:p>
      <w:r>
        <w:t xml:space="preserve">INTERNATIONAL DELIVERY PARTS 2008 S.L.U, con NIF B99209249, adjudicataria del contrato «Suministro de barras torsión, retenes brazo suspensión y tirantas barra estabilizadora», lote 1, expediente Compra Derivada SDA 02/2023 -418, adjudicado el 16/01/2024 por 45,00 €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16/02/2024 a 21/02/2024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