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INSFUERT INSTALACIONES S.L.</w:t>
      </w:r>
    </w:p>
    <w:p>
      <w:r>
        <w:t>NIF B76306455. Contratos públicos adjudicados en los tres últimos años (servicios), del 06/11/2023 al 06/11/2026,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grupo electrógeno. · exp. 2127-2026</w:t>
            </w:r>
          </w:p>
        </w:tc>
        <w:tc>
          <w:tcPr>
            <w:tcW w:type="dxa" w:w="1440"/>
          </w:tcPr>
          <w:p>
            <w:r>
              <w:t>Consejería Delegada del Consorcio de Abastecimiento de Aguas a Fuerteventura · NIF P3500005H</w:t>
            </w:r>
          </w:p>
        </w:tc>
        <w:tc>
          <w:tcPr>
            <w:tcW w:type="dxa" w:w="1440"/>
          </w:tcPr>
          <w:p>
            <w:r>
              <w:t>29.000,00 €</w:t>
            </w:r>
          </w:p>
        </w:tc>
        <w:tc>
          <w:tcPr>
            <w:tcW w:type="dxa" w:w="1440"/>
          </w:tcPr>
          <w:p>
            <w:r>
              <w:t>03/11/2026</w:t>
            </w:r>
          </w:p>
        </w:tc>
        <w:tc>
          <w:tcPr>
            <w:tcW w:type="dxa" w:w="1440"/>
          </w:tcPr>
          <w:p>
            <w:r>
              <w:t>03/12/2026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29.000,00 €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Delegada del Consorcio de Abastecimiento de Aguas a Fuerteventura (NIF P3500005H)</w:t>
      </w:r>
    </w:p>
    <w:p>
      <w:r>
        <w:t xml:space="preserve">INSFUERT INSTALACIONES S.L., con NIF B76306455, adjudicataria del contrato «Suministro de grupo electrógeno.», expediente 2127-2026, adjudicado el 03/11/2026 por 29.000,00 €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03/12/2026 a 03/03/2027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