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INNOVACION Y CONTROL DE LA ENERGIA SA</w:t>
      </w:r>
    </w:p>
    <w:p>
      <w:r>
        <w:t>NIF A59345421.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