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INGENIERIA &amp; MONTAJES ALBALATE SL</w:t>
      </w:r>
    </w:p>
    <w:p>
      <w:r>
        <w:t>NIF B24837973.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