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INFOTEC NAVARRA, S.L.</w:t>
      </w:r>
    </w:p>
    <w:p>
      <w:r>
        <w:t>NIF B31644388.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Sistema Dinámico de Compras de equipamiento informático, equipos multifunción y sistemas audiovisuales (lote 1) · exp. 8085_SD20_0003</w:t>
            </w:r>
          </w:p>
        </w:tc>
        <w:tc>
          <w:tcPr>
            <w:tcW w:type="dxa" w:w="1440"/>
          </w:tcPr>
          <w:p>
            <w:r>
              <w:t>Corporación Pública Empresarial de Navarra,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10/05/2022 – 27/11/2024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3 Workstation para el Polo Iris de Navarra · exp. 2003_PL24/0057</w:t>
            </w:r>
          </w:p>
        </w:tc>
        <w:tc>
          <w:tcPr>
            <w:tcW w:type="dxa" w:w="1440"/>
          </w:tcPr>
          <w:p>
            <w:r>
              <w:t>Navarra de Servicios y Tecnologías, S.A.(NASERTIC)</w:t>
            </w:r>
          </w:p>
        </w:tc>
        <w:tc>
          <w:tcPr>
            <w:tcW w:type="dxa" w:w="1440"/>
          </w:tcPr>
          <w:p>
            <w:r>
              <w:t>45.613,94 €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04/12/2024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SDC equipamiento TIC (lote 1) · exp. 8085_DS24_0001</w:t>
            </w:r>
          </w:p>
        </w:tc>
        <w:tc>
          <w:tcPr>
            <w:tcW w:type="dxa" w:w="1440"/>
          </w:tcPr>
          <w:p>
            <w:r>
              <w:t>Corporación Pública Empresarial de Navarra, S.L.U.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45.613,94 €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</w:t>
      </w:r>
    </w:p>
    <w:p>
      <w:r>
        <w:t xml:space="preserve">INFOTEC NAVARRA, S.L., con NIF B31644388, adjudicataria del contrato «Sistema Dinámico de Compras de equipamiento informático, equipos multifunción y sistemas audiovisuales», lote 1, expediente 8085_SD20_0003,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10/05/2022 a 27/11/2024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Servicios y Tecnologías, S.A.(NASERTIC)</w:t>
      </w:r>
    </w:p>
    <w:p>
      <w:r>
        <w:t xml:space="preserve">INFOTEC NAVARRA, S.L., con NIF B31644388, adjudicataria del contrato «Suministro de 3 Workstation para el Polo Iris de Navarra», expediente 2003_PL24/0057, adjudicado el …… por 45.613,94 €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S.L.U.</w:t>
      </w:r>
    </w:p>
    <w:p>
      <w:r>
        <w:t xml:space="preserve">INFOTEC NAVARRA, S.L., con NIF B31644388, adjudicataria del contrato «SDC equipamiento TIC», lote 1, expediente 8085_DS24_0001,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21/01/2025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