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 OUT CTRL SL</w:t>
      </w:r>
    </w:p>
    <w:p>
      <w:r>
        <w:t>NIF B6757791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