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ULSA 18 MULTISERVICIOS S.L.</w:t>
      </w:r>
    </w:p>
    <w:p>
      <w:r>
        <w:t>NIF B19711852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