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MPULSA 18 MULTISERVICIOS S.L.</w:t>
      </w:r>
    </w:p>
    <w:p>
      <w:r>
        <w:t>NIF B1971185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