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IMEJ DEPOSITO DENTAL S.L.L.</w:t>
      </w:r>
    </w:p>
    <w:p>
      <w:r>
        <w:t>NIF B74233255.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